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E01AC" w14:textId="77777777" w:rsidR="00C55E86" w:rsidRPr="00A50E82" w:rsidRDefault="00F319E5" w:rsidP="00094C19">
      <w:pPr>
        <w:pStyle w:val="Heading1"/>
        <w:spacing w:before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A50E82">
        <w:rPr>
          <w:rFonts w:ascii="Times New Roman" w:hAnsi="Times New Roman" w:cs="Times New Roman"/>
          <w:color w:val="auto"/>
          <w:sz w:val="24"/>
          <w:szCs w:val="24"/>
        </w:rPr>
        <w:t xml:space="preserve">Don Bosco College, </w:t>
      </w:r>
      <w:proofErr w:type="spellStart"/>
      <w:r w:rsidRPr="00A50E82">
        <w:rPr>
          <w:rFonts w:ascii="Times New Roman" w:hAnsi="Times New Roman" w:cs="Times New Roman"/>
          <w:color w:val="auto"/>
          <w:sz w:val="24"/>
          <w:szCs w:val="24"/>
        </w:rPr>
        <w:t>Yelagiri</w:t>
      </w:r>
      <w:proofErr w:type="spellEnd"/>
      <w:r w:rsidRPr="00A50E82">
        <w:rPr>
          <w:rFonts w:ascii="Times New Roman" w:hAnsi="Times New Roman" w:cs="Times New Roman"/>
          <w:color w:val="auto"/>
          <w:sz w:val="24"/>
          <w:szCs w:val="24"/>
        </w:rPr>
        <w:t xml:space="preserve"> Hills</w:t>
      </w:r>
    </w:p>
    <w:p w14:paraId="2562E80C" w14:textId="6200F2F8" w:rsidR="00C55E86" w:rsidRPr="00A50E82" w:rsidRDefault="00A34B04" w:rsidP="00094C1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Mid-Term Review and Evaluation of Clubs</w:t>
      </w:r>
    </w:p>
    <w:p w14:paraId="5E6CCF8D" w14:textId="66952F9A" w:rsidR="00C55E86" w:rsidRPr="00A50E82" w:rsidRDefault="006716B2" w:rsidP="00094C19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A50E82">
        <w:rPr>
          <w:rFonts w:ascii="Times New Roman" w:hAnsi="Times New Roman" w:cs="Times New Roman"/>
          <w:b/>
          <w:bCs/>
        </w:rPr>
        <w:t>Part I: Basic Information</w:t>
      </w:r>
    </w:p>
    <w:tbl>
      <w:tblPr>
        <w:tblW w:w="8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9"/>
        <w:gridCol w:w="5613"/>
      </w:tblGrid>
      <w:tr w:rsidR="006716B2" w:rsidRPr="00A50E82" w14:paraId="3B8297AA" w14:textId="77777777" w:rsidTr="00A50E82">
        <w:trPr>
          <w:trHeight w:val="474"/>
        </w:trPr>
        <w:tc>
          <w:tcPr>
            <w:tcW w:w="3159" w:type="dxa"/>
          </w:tcPr>
          <w:p w14:paraId="0F634119" w14:textId="77777777" w:rsidR="00C55E86" w:rsidRPr="00A50E82" w:rsidRDefault="00F319E5" w:rsidP="00094C1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A50E82">
              <w:rPr>
                <w:rFonts w:ascii="Times New Roman" w:hAnsi="Times New Roman" w:cs="Times New Roman"/>
                <w:b/>
                <w:bCs/>
              </w:rPr>
              <w:t>Academic Year</w:t>
            </w:r>
          </w:p>
        </w:tc>
        <w:tc>
          <w:tcPr>
            <w:tcW w:w="5613" w:type="dxa"/>
          </w:tcPr>
          <w:p w14:paraId="6DC50CA2" w14:textId="1A89BEB7" w:rsidR="00C55E86" w:rsidRPr="00A50E82" w:rsidRDefault="00C55E86" w:rsidP="00094C1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716B2" w:rsidRPr="00A50E82" w14:paraId="149E25F2" w14:textId="77777777" w:rsidTr="00A50E82">
        <w:trPr>
          <w:trHeight w:val="489"/>
        </w:trPr>
        <w:tc>
          <w:tcPr>
            <w:tcW w:w="3159" w:type="dxa"/>
          </w:tcPr>
          <w:p w14:paraId="1C01357E" w14:textId="77777777" w:rsidR="00C55E86" w:rsidRPr="00A50E82" w:rsidRDefault="00F319E5" w:rsidP="00094C1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A50E82">
              <w:rPr>
                <w:rFonts w:ascii="Times New Roman" w:hAnsi="Times New Roman" w:cs="Times New Roman"/>
                <w:b/>
                <w:bCs/>
              </w:rPr>
              <w:t>Semester</w:t>
            </w:r>
          </w:p>
        </w:tc>
        <w:tc>
          <w:tcPr>
            <w:tcW w:w="5613" w:type="dxa"/>
          </w:tcPr>
          <w:p w14:paraId="756DE95A" w14:textId="3166383D" w:rsidR="00C55E86" w:rsidRPr="00A50E82" w:rsidRDefault="00C55E86" w:rsidP="00094C1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716B2" w:rsidRPr="00A50E82" w14:paraId="20B0E9EF" w14:textId="77777777" w:rsidTr="00A50E82">
        <w:trPr>
          <w:trHeight w:val="474"/>
        </w:trPr>
        <w:tc>
          <w:tcPr>
            <w:tcW w:w="3159" w:type="dxa"/>
          </w:tcPr>
          <w:p w14:paraId="12227F52" w14:textId="77777777" w:rsidR="00C55E86" w:rsidRPr="00A50E82" w:rsidRDefault="00F319E5" w:rsidP="00094C1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A50E82">
              <w:rPr>
                <w:rFonts w:ascii="Times New Roman" w:hAnsi="Times New Roman" w:cs="Times New Roman"/>
                <w:b/>
                <w:bCs/>
              </w:rPr>
              <w:t>Name of the Club</w:t>
            </w:r>
          </w:p>
        </w:tc>
        <w:tc>
          <w:tcPr>
            <w:tcW w:w="5613" w:type="dxa"/>
          </w:tcPr>
          <w:p w14:paraId="507B2E6D" w14:textId="2F2CEF87" w:rsidR="00C55E86" w:rsidRPr="00A50E82" w:rsidRDefault="00C55E86" w:rsidP="00094C1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716B2" w:rsidRPr="00A50E82" w14:paraId="4E1402F4" w14:textId="77777777" w:rsidTr="00A50E82">
        <w:trPr>
          <w:trHeight w:val="489"/>
        </w:trPr>
        <w:tc>
          <w:tcPr>
            <w:tcW w:w="3159" w:type="dxa"/>
          </w:tcPr>
          <w:p w14:paraId="3E0B439A" w14:textId="0E529630" w:rsidR="00C55E86" w:rsidRPr="00A50E82" w:rsidRDefault="00A34B04" w:rsidP="00094C1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Name of the </w:t>
            </w:r>
            <w:r w:rsidR="00F319E5" w:rsidRPr="00A50E82">
              <w:rPr>
                <w:rFonts w:ascii="Times New Roman" w:hAnsi="Times New Roman" w:cs="Times New Roman"/>
                <w:b/>
                <w:bCs/>
              </w:rPr>
              <w:t>Animator</w:t>
            </w:r>
          </w:p>
        </w:tc>
        <w:tc>
          <w:tcPr>
            <w:tcW w:w="5613" w:type="dxa"/>
          </w:tcPr>
          <w:p w14:paraId="512D3340" w14:textId="69EDD6CC" w:rsidR="00C55E86" w:rsidRPr="00A50E82" w:rsidRDefault="00C55E86" w:rsidP="00094C1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716B2" w:rsidRPr="00A50E82" w14:paraId="63917999" w14:textId="77777777" w:rsidTr="00A50E82">
        <w:trPr>
          <w:trHeight w:val="474"/>
        </w:trPr>
        <w:tc>
          <w:tcPr>
            <w:tcW w:w="3159" w:type="dxa"/>
          </w:tcPr>
          <w:p w14:paraId="70C22946" w14:textId="0793E0D2" w:rsidR="00C55E86" w:rsidRPr="00A50E82" w:rsidRDefault="00A34B04" w:rsidP="00094C1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Name of the </w:t>
            </w:r>
            <w:r w:rsidR="00F319E5" w:rsidRPr="00A50E82">
              <w:rPr>
                <w:rFonts w:ascii="Times New Roman" w:hAnsi="Times New Roman" w:cs="Times New Roman"/>
                <w:b/>
                <w:bCs/>
              </w:rPr>
              <w:t>Co-Animator</w:t>
            </w:r>
          </w:p>
        </w:tc>
        <w:tc>
          <w:tcPr>
            <w:tcW w:w="5613" w:type="dxa"/>
          </w:tcPr>
          <w:p w14:paraId="63B64C14" w14:textId="64563842" w:rsidR="00C55E86" w:rsidRPr="00A50E82" w:rsidRDefault="00C55E86" w:rsidP="00094C1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25243F84" w14:textId="1170B4B0" w:rsidR="00C55E86" w:rsidRPr="00A50E82" w:rsidRDefault="00F319E5" w:rsidP="00094C19">
      <w:pPr>
        <w:spacing w:before="240" w:after="0"/>
        <w:rPr>
          <w:rFonts w:ascii="Times New Roman" w:hAnsi="Times New Roman" w:cs="Times New Roman"/>
          <w:b/>
          <w:bCs/>
        </w:rPr>
      </w:pPr>
      <w:r w:rsidRPr="00A50E82">
        <w:rPr>
          <w:rFonts w:ascii="Times New Roman" w:hAnsi="Times New Roman" w:cs="Times New Roman"/>
          <w:b/>
          <w:bCs/>
        </w:rPr>
        <w:t xml:space="preserve">Part </w:t>
      </w:r>
      <w:r w:rsidR="006716B2" w:rsidRPr="00A50E82">
        <w:rPr>
          <w:rFonts w:ascii="Times New Roman" w:hAnsi="Times New Roman" w:cs="Times New Roman"/>
          <w:b/>
          <w:bCs/>
        </w:rPr>
        <w:t>I</w:t>
      </w:r>
      <w:r w:rsidRPr="00A50E82">
        <w:rPr>
          <w:rFonts w:ascii="Times New Roman" w:hAnsi="Times New Roman" w:cs="Times New Roman"/>
          <w:b/>
          <w:bCs/>
        </w:rPr>
        <w:t>I: Activities Conducted During This Semester</w:t>
      </w:r>
    </w:p>
    <w:tbl>
      <w:tblPr>
        <w:tblW w:w="8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0"/>
        <w:gridCol w:w="1856"/>
        <w:gridCol w:w="1226"/>
        <w:gridCol w:w="1720"/>
        <w:gridCol w:w="1365"/>
        <w:gridCol w:w="1797"/>
      </w:tblGrid>
      <w:tr w:rsidR="006716B2" w:rsidRPr="00A50E82" w14:paraId="773A4EC0" w14:textId="77777777" w:rsidTr="00A50E82">
        <w:trPr>
          <w:trHeight w:val="534"/>
        </w:trPr>
        <w:tc>
          <w:tcPr>
            <w:tcW w:w="773" w:type="dxa"/>
            <w:vAlign w:val="center"/>
          </w:tcPr>
          <w:p w14:paraId="7AA5694A" w14:textId="7AE2B3A5" w:rsidR="00C55E86" w:rsidRPr="00A50E82" w:rsidRDefault="00F319E5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0E82">
              <w:rPr>
                <w:rFonts w:ascii="Times New Roman" w:hAnsi="Times New Roman" w:cs="Times New Roman"/>
                <w:b/>
                <w:bCs/>
              </w:rPr>
              <w:t>S.</w:t>
            </w:r>
            <w:r w:rsidR="001013D7" w:rsidRPr="00A50E8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A50E82">
              <w:rPr>
                <w:rFonts w:ascii="Times New Roman" w:hAnsi="Times New Roman" w:cs="Times New Roman"/>
                <w:b/>
                <w:bCs/>
              </w:rPr>
              <w:t>No</w:t>
            </w:r>
            <w:r w:rsidR="006716B2" w:rsidRPr="00A50E82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1908" w:type="dxa"/>
            <w:vAlign w:val="center"/>
          </w:tcPr>
          <w:p w14:paraId="36C540E2" w14:textId="77777777" w:rsidR="00C55E86" w:rsidRPr="00A50E82" w:rsidRDefault="00F319E5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0E82">
              <w:rPr>
                <w:rFonts w:ascii="Times New Roman" w:hAnsi="Times New Roman" w:cs="Times New Roman"/>
                <w:b/>
                <w:bCs/>
              </w:rPr>
              <w:t>Title of the Activity</w:t>
            </w:r>
          </w:p>
        </w:tc>
        <w:tc>
          <w:tcPr>
            <w:tcW w:w="1248" w:type="dxa"/>
            <w:vAlign w:val="center"/>
          </w:tcPr>
          <w:p w14:paraId="4856E176" w14:textId="77777777" w:rsidR="00C55E86" w:rsidRPr="00A50E82" w:rsidRDefault="00F319E5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0E82">
              <w:rPr>
                <w:rFonts w:ascii="Times New Roman" w:hAnsi="Times New Roman" w:cs="Times New Roman"/>
                <w:b/>
                <w:bCs/>
              </w:rPr>
              <w:t>Date / Period</w:t>
            </w:r>
          </w:p>
        </w:tc>
        <w:tc>
          <w:tcPr>
            <w:tcW w:w="1755" w:type="dxa"/>
            <w:vAlign w:val="center"/>
          </w:tcPr>
          <w:p w14:paraId="48145105" w14:textId="77777777" w:rsidR="00C55E86" w:rsidRPr="00A50E82" w:rsidRDefault="00F319E5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0E82">
              <w:rPr>
                <w:rFonts w:ascii="Times New Roman" w:hAnsi="Times New Roman" w:cs="Times New Roman"/>
                <w:b/>
                <w:bCs/>
              </w:rPr>
              <w:t>Objective / Theme</w:t>
            </w:r>
          </w:p>
        </w:tc>
        <w:tc>
          <w:tcPr>
            <w:tcW w:w="1201" w:type="dxa"/>
            <w:vAlign w:val="center"/>
          </w:tcPr>
          <w:p w14:paraId="4E750EE6" w14:textId="77777777" w:rsidR="00C55E86" w:rsidRPr="00A50E82" w:rsidRDefault="00F319E5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0E82">
              <w:rPr>
                <w:rFonts w:ascii="Times New Roman" w:hAnsi="Times New Roman" w:cs="Times New Roman"/>
                <w:b/>
                <w:bCs/>
              </w:rPr>
              <w:t>No. of Participants</w:t>
            </w:r>
          </w:p>
        </w:tc>
        <w:tc>
          <w:tcPr>
            <w:tcW w:w="1839" w:type="dxa"/>
            <w:vAlign w:val="center"/>
          </w:tcPr>
          <w:p w14:paraId="7BC95E79" w14:textId="77777777" w:rsidR="00C55E86" w:rsidRPr="00A50E82" w:rsidRDefault="00F319E5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0E82">
              <w:rPr>
                <w:rFonts w:ascii="Times New Roman" w:hAnsi="Times New Roman" w:cs="Times New Roman"/>
                <w:b/>
                <w:bCs/>
              </w:rPr>
              <w:t>Outcome / Impact</w:t>
            </w:r>
          </w:p>
        </w:tc>
      </w:tr>
      <w:tr w:rsidR="006716B2" w:rsidRPr="00A50E82" w14:paraId="545B3423" w14:textId="77777777" w:rsidTr="00A50E82">
        <w:trPr>
          <w:trHeight w:val="275"/>
        </w:trPr>
        <w:tc>
          <w:tcPr>
            <w:tcW w:w="773" w:type="dxa"/>
            <w:vAlign w:val="center"/>
          </w:tcPr>
          <w:p w14:paraId="12EC1344" w14:textId="372DA2CD" w:rsidR="00C55E86" w:rsidRPr="00A50E82" w:rsidRDefault="00C55E86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8" w:type="dxa"/>
            <w:vAlign w:val="center"/>
          </w:tcPr>
          <w:p w14:paraId="05ABC065" w14:textId="5208D058" w:rsidR="00C55E86" w:rsidRPr="00A50E82" w:rsidRDefault="00C55E86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14:paraId="29008802" w14:textId="77777777" w:rsidR="00C55E86" w:rsidRPr="00A50E82" w:rsidRDefault="00C55E86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5" w:type="dxa"/>
            <w:vAlign w:val="center"/>
          </w:tcPr>
          <w:p w14:paraId="146E79BD" w14:textId="77777777" w:rsidR="00C55E86" w:rsidRPr="00A50E82" w:rsidRDefault="00C55E86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6D41064C" w14:textId="77777777" w:rsidR="00C55E86" w:rsidRPr="00A50E82" w:rsidRDefault="00C55E86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9" w:type="dxa"/>
            <w:vAlign w:val="center"/>
          </w:tcPr>
          <w:p w14:paraId="729B8C1D" w14:textId="77777777" w:rsidR="00C55E86" w:rsidRPr="00A50E82" w:rsidRDefault="00C55E86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18F3" w:rsidRPr="00A50E82" w14:paraId="33044706" w14:textId="77777777" w:rsidTr="00A50E82">
        <w:trPr>
          <w:trHeight w:val="259"/>
        </w:trPr>
        <w:tc>
          <w:tcPr>
            <w:tcW w:w="773" w:type="dxa"/>
            <w:vAlign w:val="center"/>
          </w:tcPr>
          <w:p w14:paraId="379E9287" w14:textId="77777777" w:rsidR="00A518F3" w:rsidRPr="00A50E82" w:rsidRDefault="00A518F3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8" w:type="dxa"/>
            <w:vAlign w:val="center"/>
          </w:tcPr>
          <w:p w14:paraId="59682241" w14:textId="77777777" w:rsidR="00A518F3" w:rsidRPr="00A50E82" w:rsidRDefault="00A518F3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14:paraId="0AF6EFF5" w14:textId="77777777" w:rsidR="00A518F3" w:rsidRPr="00A50E82" w:rsidRDefault="00A518F3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5" w:type="dxa"/>
            <w:vAlign w:val="center"/>
          </w:tcPr>
          <w:p w14:paraId="3E604366" w14:textId="77777777" w:rsidR="00A518F3" w:rsidRPr="00A50E82" w:rsidRDefault="00A518F3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0E067F24" w14:textId="77777777" w:rsidR="00A518F3" w:rsidRPr="00A50E82" w:rsidRDefault="00A518F3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9" w:type="dxa"/>
            <w:vAlign w:val="center"/>
          </w:tcPr>
          <w:p w14:paraId="2A484ED0" w14:textId="77777777" w:rsidR="00A518F3" w:rsidRPr="00A50E82" w:rsidRDefault="00A518F3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18F3" w:rsidRPr="00A50E82" w14:paraId="36E752F6" w14:textId="77777777" w:rsidTr="00A50E82">
        <w:trPr>
          <w:trHeight w:val="275"/>
        </w:trPr>
        <w:tc>
          <w:tcPr>
            <w:tcW w:w="773" w:type="dxa"/>
            <w:vAlign w:val="center"/>
          </w:tcPr>
          <w:p w14:paraId="5358BAC5" w14:textId="77777777" w:rsidR="00A518F3" w:rsidRPr="00A50E82" w:rsidRDefault="00A518F3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8" w:type="dxa"/>
            <w:vAlign w:val="center"/>
          </w:tcPr>
          <w:p w14:paraId="0E01FF32" w14:textId="77777777" w:rsidR="00A518F3" w:rsidRPr="00A50E82" w:rsidRDefault="00A518F3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14:paraId="7DA7DCA7" w14:textId="77777777" w:rsidR="00A518F3" w:rsidRPr="00A50E82" w:rsidRDefault="00A518F3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5" w:type="dxa"/>
            <w:vAlign w:val="center"/>
          </w:tcPr>
          <w:p w14:paraId="2BC8FB6A" w14:textId="77777777" w:rsidR="00A518F3" w:rsidRPr="00A50E82" w:rsidRDefault="00A518F3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5861D804" w14:textId="77777777" w:rsidR="00A518F3" w:rsidRPr="00A50E82" w:rsidRDefault="00A518F3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9" w:type="dxa"/>
            <w:vAlign w:val="center"/>
          </w:tcPr>
          <w:p w14:paraId="3CA8E85F" w14:textId="77777777" w:rsidR="00A518F3" w:rsidRPr="00A50E82" w:rsidRDefault="00A518F3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BA8D419" w14:textId="7856A59B" w:rsidR="00C55E86" w:rsidRPr="00A50E82" w:rsidRDefault="00F319E5" w:rsidP="00094C19">
      <w:pPr>
        <w:pStyle w:val="Heading2"/>
        <w:rPr>
          <w:rFonts w:ascii="Times New Roman" w:hAnsi="Times New Roman" w:cs="Times New Roman"/>
          <w:color w:val="auto"/>
          <w:sz w:val="22"/>
          <w:szCs w:val="22"/>
        </w:rPr>
      </w:pPr>
      <w:r w:rsidRPr="00A50E82">
        <w:rPr>
          <w:rFonts w:ascii="Times New Roman" w:hAnsi="Times New Roman" w:cs="Times New Roman"/>
          <w:color w:val="auto"/>
          <w:sz w:val="22"/>
          <w:szCs w:val="22"/>
        </w:rPr>
        <w:t>Part I</w:t>
      </w:r>
      <w:r w:rsidR="006716B2" w:rsidRPr="00A50E82">
        <w:rPr>
          <w:rFonts w:ascii="Times New Roman" w:hAnsi="Times New Roman" w:cs="Times New Roman"/>
          <w:color w:val="auto"/>
          <w:sz w:val="22"/>
          <w:szCs w:val="22"/>
        </w:rPr>
        <w:t>I</w:t>
      </w:r>
      <w:r w:rsidRPr="00A50E82">
        <w:rPr>
          <w:rFonts w:ascii="Times New Roman" w:hAnsi="Times New Roman" w:cs="Times New Roman"/>
          <w:color w:val="auto"/>
          <w:sz w:val="22"/>
          <w:szCs w:val="22"/>
        </w:rPr>
        <w:t>I: Activities Scheduled but Not Conducted</w:t>
      </w:r>
    </w:p>
    <w:tbl>
      <w:tblPr>
        <w:tblW w:w="8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"/>
        <w:gridCol w:w="2459"/>
        <w:gridCol w:w="1532"/>
        <w:gridCol w:w="2782"/>
        <w:gridCol w:w="1280"/>
      </w:tblGrid>
      <w:tr w:rsidR="006716B2" w:rsidRPr="00A50E82" w14:paraId="168F1308" w14:textId="77777777" w:rsidTr="00A50E82">
        <w:trPr>
          <w:trHeight w:val="833"/>
        </w:trPr>
        <w:tc>
          <w:tcPr>
            <w:tcW w:w="735" w:type="dxa"/>
            <w:vAlign w:val="center"/>
          </w:tcPr>
          <w:p w14:paraId="06DD8D31" w14:textId="1157B8A2" w:rsidR="00C55E86" w:rsidRPr="00A50E82" w:rsidRDefault="001013D7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0E82">
              <w:rPr>
                <w:rFonts w:ascii="Times New Roman" w:hAnsi="Times New Roman" w:cs="Times New Roman"/>
                <w:b/>
                <w:bCs/>
              </w:rPr>
              <w:t>S. No</w:t>
            </w:r>
          </w:p>
        </w:tc>
        <w:tc>
          <w:tcPr>
            <w:tcW w:w="2467" w:type="dxa"/>
            <w:vAlign w:val="center"/>
          </w:tcPr>
          <w:p w14:paraId="7C7E3690" w14:textId="77777777" w:rsidR="00C55E86" w:rsidRPr="00A50E82" w:rsidRDefault="00F319E5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0E82">
              <w:rPr>
                <w:rFonts w:ascii="Times New Roman" w:hAnsi="Times New Roman" w:cs="Times New Roman"/>
                <w:b/>
                <w:bCs/>
              </w:rPr>
              <w:t>Title of Planned Activity</w:t>
            </w:r>
          </w:p>
        </w:tc>
        <w:tc>
          <w:tcPr>
            <w:tcW w:w="1534" w:type="dxa"/>
            <w:vAlign w:val="center"/>
          </w:tcPr>
          <w:p w14:paraId="11002122" w14:textId="77777777" w:rsidR="00C55E86" w:rsidRPr="00A50E82" w:rsidRDefault="00F319E5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0E82">
              <w:rPr>
                <w:rFonts w:ascii="Times New Roman" w:hAnsi="Times New Roman" w:cs="Times New Roman"/>
                <w:b/>
                <w:bCs/>
              </w:rPr>
              <w:t>Proposed Month</w:t>
            </w:r>
          </w:p>
        </w:tc>
        <w:tc>
          <w:tcPr>
            <w:tcW w:w="2792" w:type="dxa"/>
            <w:vAlign w:val="center"/>
          </w:tcPr>
          <w:p w14:paraId="4D03E1B4" w14:textId="323C389E" w:rsidR="00C55E86" w:rsidRPr="00A50E82" w:rsidRDefault="00F319E5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0E82">
              <w:rPr>
                <w:rFonts w:ascii="Times New Roman" w:hAnsi="Times New Roman" w:cs="Times New Roman"/>
                <w:b/>
                <w:bCs/>
              </w:rPr>
              <w:t xml:space="preserve">Reason for </w:t>
            </w:r>
            <w:r w:rsidR="006716B2" w:rsidRPr="00A50E82">
              <w:rPr>
                <w:rFonts w:ascii="Times New Roman" w:hAnsi="Times New Roman" w:cs="Times New Roman"/>
                <w:b/>
                <w:bCs/>
              </w:rPr>
              <w:t>non-conduct</w:t>
            </w:r>
            <w:r w:rsidR="00A34B04">
              <w:rPr>
                <w:rFonts w:ascii="Times New Roman" w:hAnsi="Times New Roman" w:cs="Times New Roman"/>
                <w:b/>
                <w:bCs/>
              </w:rPr>
              <w:t xml:space="preserve"> of the Activity</w:t>
            </w:r>
          </w:p>
        </w:tc>
        <w:tc>
          <w:tcPr>
            <w:tcW w:w="1258" w:type="dxa"/>
            <w:vAlign w:val="center"/>
          </w:tcPr>
          <w:p w14:paraId="28F693C1" w14:textId="77777777" w:rsidR="00C55E86" w:rsidRPr="00A50E82" w:rsidRDefault="00F319E5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0E82">
              <w:rPr>
                <w:rFonts w:ascii="Times New Roman" w:hAnsi="Times New Roman" w:cs="Times New Roman"/>
                <w:b/>
                <w:bCs/>
              </w:rPr>
              <w:t>Plan to Reschedule (Yes/No)</w:t>
            </w:r>
          </w:p>
        </w:tc>
      </w:tr>
      <w:tr w:rsidR="006716B2" w:rsidRPr="00A50E82" w14:paraId="287F6EEE" w14:textId="77777777" w:rsidTr="00A50E82">
        <w:trPr>
          <w:trHeight w:val="259"/>
        </w:trPr>
        <w:tc>
          <w:tcPr>
            <w:tcW w:w="735" w:type="dxa"/>
            <w:vAlign w:val="center"/>
          </w:tcPr>
          <w:p w14:paraId="09D9CB10" w14:textId="276E0291" w:rsidR="00C55E86" w:rsidRPr="00A50E82" w:rsidRDefault="00C55E86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7" w:type="dxa"/>
            <w:vAlign w:val="center"/>
          </w:tcPr>
          <w:p w14:paraId="034FDE49" w14:textId="09DABC14" w:rsidR="00C55E86" w:rsidRPr="00A50E82" w:rsidRDefault="00C55E86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vAlign w:val="center"/>
          </w:tcPr>
          <w:p w14:paraId="2A0F5636" w14:textId="0C49E4C9" w:rsidR="00C55E86" w:rsidRPr="00A50E82" w:rsidRDefault="00C55E86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2" w:type="dxa"/>
            <w:vAlign w:val="center"/>
          </w:tcPr>
          <w:p w14:paraId="296B183C" w14:textId="77777777" w:rsidR="00C55E86" w:rsidRPr="00A50E82" w:rsidRDefault="00C55E86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8" w:type="dxa"/>
            <w:vAlign w:val="center"/>
          </w:tcPr>
          <w:p w14:paraId="0C8D6C46" w14:textId="5AB9283F" w:rsidR="00C55E86" w:rsidRPr="00A50E82" w:rsidRDefault="00C55E86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6B2" w:rsidRPr="00A50E82" w14:paraId="18796F26" w14:textId="77777777" w:rsidTr="00A50E82">
        <w:trPr>
          <w:trHeight w:val="244"/>
        </w:trPr>
        <w:tc>
          <w:tcPr>
            <w:tcW w:w="735" w:type="dxa"/>
            <w:vAlign w:val="center"/>
          </w:tcPr>
          <w:p w14:paraId="3BCF6E76" w14:textId="74C7A721" w:rsidR="00C55E86" w:rsidRPr="00A50E82" w:rsidRDefault="00C55E86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7" w:type="dxa"/>
            <w:vAlign w:val="center"/>
          </w:tcPr>
          <w:p w14:paraId="1FCD8215" w14:textId="6B6AA1A2" w:rsidR="00C55E86" w:rsidRPr="00A50E82" w:rsidRDefault="00C55E86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vAlign w:val="center"/>
          </w:tcPr>
          <w:p w14:paraId="2A04119C" w14:textId="11259FA8" w:rsidR="00C55E86" w:rsidRPr="00A50E82" w:rsidRDefault="00C55E86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2" w:type="dxa"/>
            <w:vAlign w:val="center"/>
          </w:tcPr>
          <w:p w14:paraId="79244710" w14:textId="3E0CEE7A" w:rsidR="00C55E86" w:rsidRPr="00A50E82" w:rsidRDefault="00C55E86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8" w:type="dxa"/>
            <w:vAlign w:val="center"/>
          </w:tcPr>
          <w:p w14:paraId="7FC73642" w14:textId="42652A1A" w:rsidR="00C55E86" w:rsidRPr="00A50E82" w:rsidRDefault="00C55E86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6B2" w:rsidRPr="00A50E82" w14:paraId="3D2BBA6A" w14:textId="77777777" w:rsidTr="00A50E82">
        <w:trPr>
          <w:trHeight w:val="244"/>
        </w:trPr>
        <w:tc>
          <w:tcPr>
            <w:tcW w:w="735" w:type="dxa"/>
            <w:vAlign w:val="center"/>
          </w:tcPr>
          <w:p w14:paraId="05A9D14F" w14:textId="77777777" w:rsidR="00C55E86" w:rsidRPr="00A50E82" w:rsidRDefault="00C55E86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7" w:type="dxa"/>
            <w:vAlign w:val="center"/>
          </w:tcPr>
          <w:p w14:paraId="5ECF88A2" w14:textId="77777777" w:rsidR="00C55E86" w:rsidRPr="00A50E82" w:rsidRDefault="00C55E86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vAlign w:val="center"/>
          </w:tcPr>
          <w:p w14:paraId="5AB98CE3" w14:textId="77777777" w:rsidR="00C55E86" w:rsidRPr="00A50E82" w:rsidRDefault="00C55E86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2" w:type="dxa"/>
            <w:vAlign w:val="center"/>
          </w:tcPr>
          <w:p w14:paraId="1B5EB8BC" w14:textId="77777777" w:rsidR="00C55E86" w:rsidRPr="00A50E82" w:rsidRDefault="00C55E86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8" w:type="dxa"/>
            <w:vAlign w:val="center"/>
          </w:tcPr>
          <w:p w14:paraId="1BE1B6BA" w14:textId="77777777" w:rsidR="00C55E86" w:rsidRPr="00A50E82" w:rsidRDefault="00C55E86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19B3ADD" w14:textId="00A4A55C" w:rsidR="00C55E86" w:rsidRPr="00A50E82" w:rsidRDefault="00F319E5" w:rsidP="00094C19">
      <w:pPr>
        <w:pStyle w:val="Heading2"/>
        <w:rPr>
          <w:rFonts w:ascii="Times New Roman" w:hAnsi="Times New Roman" w:cs="Times New Roman"/>
          <w:color w:val="auto"/>
          <w:sz w:val="22"/>
          <w:szCs w:val="22"/>
        </w:rPr>
      </w:pPr>
      <w:r w:rsidRPr="00A50E82">
        <w:rPr>
          <w:rFonts w:ascii="Times New Roman" w:hAnsi="Times New Roman" w:cs="Times New Roman"/>
          <w:color w:val="auto"/>
          <w:sz w:val="22"/>
          <w:szCs w:val="22"/>
        </w:rPr>
        <w:t xml:space="preserve">Part </w:t>
      </w:r>
      <w:r w:rsidR="00A77A2B" w:rsidRPr="00A50E82">
        <w:rPr>
          <w:rFonts w:ascii="Times New Roman" w:hAnsi="Times New Roman" w:cs="Times New Roman"/>
          <w:color w:val="auto"/>
          <w:sz w:val="22"/>
          <w:szCs w:val="22"/>
        </w:rPr>
        <w:t>IV</w:t>
      </w:r>
      <w:r w:rsidRPr="00A50E82">
        <w:rPr>
          <w:rFonts w:ascii="Times New Roman" w:hAnsi="Times New Roman" w:cs="Times New Roman"/>
          <w:color w:val="auto"/>
          <w:sz w:val="22"/>
          <w:szCs w:val="22"/>
        </w:rPr>
        <w:t>: Activities Planned for the Upcoming Semester</w:t>
      </w:r>
    </w:p>
    <w:tbl>
      <w:tblPr>
        <w:tblW w:w="8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"/>
        <w:gridCol w:w="2498"/>
        <w:gridCol w:w="1449"/>
        <w:gridCol w:w="2165"/>
        <w:gridCol w:w="2038"/>
      </w:tblGrid>
      <w:tr w:rsidR="006716B2" w:rsidRPr="00A50E82" w14:paraId="72CFD6C6" w14:textId="77777777" w:rsidTr="00A50E82">
        <w:trPr>
          <w:trHeight w:val="553"/>
        </w:trPr>
        <w:tc>
          <w:tcPr>
            <w:tcW w:w="793" w:type="dxa"/>
            <w:vAlign w:val="center"/>
          </w:tcPr>
          <w:p w14:paraId="4B2E1FA1" w14:textId="5B72CB0C" w:rsidR="00C55E86" w:rsidRPr="00A50E82" w:rsidRDefault="001013D7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0E82">
              <w:rPr>
                <w:rFonts w:ascii="Times New Roman" w:hAnsi="Times New Roman" w:cs="Times New Roman"/>
                <w:b/>
                <w:bCs/>
              </w:rPr>
              <w:t>S. No</w:t>
            </w:r>
            <w:r w:rsidR="006716B2" w:rsidRPr="00A50E82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2498" w:type="dxa"/>
            <w:vAlign w:val="center"/>
          </w:tcPr>
          <w:p w14:paraId="43803A2E" w14:textId="77777777" w:rsidR="00C55E86" w:rsidRPr="00A50E82" w:rsidRDefault="00F319E5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0E82">
              <w:rPr>
                <w:rFonts w:ascii="Times New Roman" w:hAnsi="Times New Roman" w:cs="Times New Roman"/>
                <w:b/>
                <w:bCs/>
              </w:rPr>
              <w:t>Proposed Activity / Initiative</w:t>
            </w:r>
          </w:p>
        </w:tc>
        <w:tc>
          <w:tcPr>
            <w:tcW w:w="1449" w:type="dxa"/>
            <w:vAlign w:val="center"/>
          </w:tcPr>
          <w:p w14:paraId="2944D69F" w14:textId="77777777" w:rsidR="00C55E86" w:rsidRPr="00A50E82" w:rsidRDefault="00F319E5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0E82">
              <w:rPr>
                <w:rFonts w:ascii="Times New Roman" w:hAnsi="Times New Roman" w:cs="Times New Roman"/>
                <w:b/>
                <w:bCs/>
              </w:rPr>
              <w:t>Expected Month</w:t>
            </w:r>
          </w:p>
        </w:tc>
        <w:tc>
          <w:tcPr>
            <w:tcW w:w="2165" w:type="dxa"/>
            <w:vAlign w:val="center"/>
          </w:tcPr>
          <w:p w14:paraId="50EA586B" w14:textId="77777777" w:rsidR="00C55E86" w:rsidRPr="00A50E82" w:rsidRDefault="00F319E5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0E82">
              <w:rPr>
                <w:rFonts w:ascii="Times New Roman" w:hAnsi="Times New Roman" w:cs="Times New Roman"/>
                <w:b/>
                <w:bCs/>
              </w:rPr>
              <w:t>Objective / Purpose</w:t>
            </w:r>
          </w:p>
        </w:tc>
        <w:tc>
          <w:tcPr>
            <w:tcW w:w="2038" w:type="dxa"/>
            <w:vAlign w:val="center"/>
          </w:tcPr>
          <w:p w14:paraId="494EE5B9" w14:textId="77777777" w:rsidR="00C55E86" w:rsidRPr="00A50E82" w:rsidRDefault="00F319E5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0E82">
              <w:rPr>
                <w:rFonts w:ascii="Times New Roman" w:hAnsi="Times New Roman" w:cs="Times New Roman"/>
                <w:b/>
                <w:bCs/>
              </w:rPr>
              <w:t>Responsible Student Team / Members</w:t>
            </w:r>
          </w:p>
        </w:tc>
      </w:tr>
      <w:tr w:rsidR="006716B2" w:rsidRPr="00A50E82" w14:paraId="4DE69408" w14:textId="77777777" w:rsidTr="00A50E82">
        <w:trPr>
          <w:trHeight w:val="284"/>
        </w:trPr>
        <w:tc>
          <w:tcPr>
            <w:tcW w:w="793" w:type="dxa"/>
            <w:vAlign w:val="center"/>
          </w:tcPr>
          <w:p w14:paraId="2A6F71B4" w14:textId="231AFDCA" w:rsidR="00C55E86" w:rsidRPr="00A50E82" w:rsidRDefault="00C55E86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8" w:type="dxa"/>
            <w:vAlign w:val="center"/>
          </w:tcPr>
          <w:p w14:paraId="1069BEF7" w14:textId="64015B5D" w:rsidR="00C55E86" w:rsidRPr="00A50E82" w:rsidRDefault="00C55E86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9" w:type="dxa"/>
            <w:vAlign w:val="center"/>
          </w:tcPr>
          <w:p w14:paraId="43CFC287" w14:textId="48B50804" w:rsidR="00C55E86" w:rsidRPr="00A50E82" w:rsidRDefault="00C55E86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5" w:type="dxa"/>
            <w:vAlign w:val="center"/>
          </w:tcPr>
          <w:p w14:paraId="146682BF" w14:textId="77777777" w:rsidR="00C55E86" w:rsidRPr="00A50E82" w:rsidRDefault="00C55E86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  <w:vAlign w:val="center"/>
          </w:tcPr>
          <w:p w14:paraId="3BB29ABA" w14:textId="77777777" w:rsidR="00C55E86" w:rsidRPr="00A50E82" w:rsidRDefault="00C55E86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6B2" w:rsidRPr="00A50E82" w14:paraId="6AE1E575" w14:textId="77777777" w:rsidTr="00A50E82">
        <w:trPr>
          <w:trHeight w:val="268"/>
        </w:trPr>
        <w:tc>
          <w:tcPr>
            <w:tcW w:w="793" w:type="dxa"/>
            <w:vAlign w:val="center"/>
          </w:tcPr>
          <w:p w14:paraId="21C9D52B" w14:textId="6EABDB4B" w:rsidR="00C55E86" w:rsidRPr="00A50E82" w:rsidRDefault="00C55E86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8" w:type="dxa"/>
            <w:vAlign w:val="center"/>
          </w:tcPr>
          <w:p w14:paraId="5703996D" w14:textId="1FA3EC45" w:rsidR="00C55E86" w:rsidRPr="00A50E82" w:rsidRDefault="00C55E86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9" w:type="dxa"/>
            <w:vAlign w:val="center"/>
          </w:tcPr>
          <w:p w14:paraId="4021DD63" w14:textId="5D8703A6" w:rsidR="00C55E86" w:rsidRPr="00A50E82" w:rsidRDefault="00C55E86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5" w:type="dxa"/>
            <w:vAlign w:val="center"/>
          </w:tcPr>
          <w:p w14:paraId="6E37034B" w14:textId="77777777" w:rsidR="00C55E86" w:rsidRPr="00A50E82" w:rsidRDefault="00C55E86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  <w:vAlign w:val="center"/>
          </w:tcPr>
          <w:p w14:paraId="4F863667" w14:textId="77777777" w:rsidR="00C55E86" w:rsidRPr="00A50E82" w:rsidRDefault="00C55E86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6B2" w:rsidRPr="00A50E82" w14:paraId="6BAE38EC" w14:textId="77777777" w:rsidTr="00A50E82">
        <w:trPr>
          <w:trHeight w:val="284"/>
        </w:trPr>
        <w:tc>
          <w:tcPr>
            <w:tcW w:w="793" w:type="dxa"/>
            <w:vAlign w:val="center"/>
          </w:tcPr>
          <w:p w14:paraId="772CA3C0" w14:textId="77777777" w:rsidR="00C55E86" w:rsidRPr="00A50E82" w:rsidRDefault="00C55E86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8" w:type="dxa"/>
            <w:vAlign w:val="center"/>
          </w:tcPr>
          <w:p w14:paraId="0692EC79" w14:textId="77777777" w:rsidR="00C55E86" w:rsidRPr="00A50E82" w:rsidRDefault="00C55E86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9" w:type="dxa"/>
            <w:vAlign w:val="center"/>
          </w:tcPr>
          <w:p w14:paraId="4D868AD7" w14:textId="77777777" w:rsidR="00C55E86" w:rsidRPr="00A50E82" w:rsidRDefault="00C55E86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5" w:type="dxa"/>
            <w:vAlign w:val="center"/>
          </w:tcPr>
          <w:p w14:paraId="3D892C61" w14:textId="77777777" w:rsidR="00C55E86" w:rsidRPr="00A50E82" w:rsidRDefault="00C55E86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  <w:vAlign w:val="center"/>
          </w:tcPr>
          <w:p w14:paraId="527849A6" w14:textId="77777777" w:rsidR="00C55E86" w:rsidRPr="00A50E82" w:rsidRDefault="00C55E86" w:rsidP="00094C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5CAAADA" w14:textId="47685A0B" w:rsidR="00C55E86" w:rsidRPr="00A50E82" w:rsidRDefault="00F319E5" w:rsidP="00094C19">
      <w:pPr>
        <w:pStyle w:val="Heading2"/>
        <w:rPr>
          <w:rFonts w:ascii="Times New Roman" w:hAnsi="Times New Roman" w:cs="Times New Roman"/>
          <w:color w:val="auto"/>
          <w:sz w:val="22"/>
          <w:szCs w:val="22"/>
        </w:rPr>
      </w:pPr>
      <w:r w:rsidRPr="00A50E82">
        <w:rPr>
          <w:rFonts w:ascii="Times New Roman" w:hAnsi="Times New Roman" w:cs="Times New Roman"/>
          <w:color w:val="auto"/>
          <w:sz w:val="22"/>
          <w:szCs w:val="22"/>
        </w:rPr>
        <w:t>Part V: Evaluation</w:t>
      </w:r>
    </w:p>
    <w:tbl>
      <w:tblPr>
        <w:tblW w:w="90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266"/>
      </w:tblGrid>
      <w:tr w:rsidR="006716B2" w:rsidRPr="00A50E82" w14:paraId="5E56353A" w14:textId="77777777" w:rsidTr="00A50E82">
        <w:trPr>
          <w:trHeight w:val="409"/>
        </w:trPr>
        <w:tc>
          <w:tcPr>
            <w:tcW w:w="4785" w:type="dxa"/>
          </w:tcPr>
          <w:p w14:paraId="1B091D14" w14:textId="77777777" w:rsidR="006716B2" w:rsidRPr="00A50E82" w:rsidRDefault="006716B2" w:rsidP="00094C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50E82">
              <w:rPr>
                <w:rFonts w:ascii="Times New Roman" w:hAnsi="Times New Roman" w:cs="Times New Roman"/>
                <w:b/>
                <w:bCs/>
              </w:rPr>
              <w:t>Area</w:t>
            </w:r>
          </w:p>
        </w:tc>
        <w:tc>
          <w:tcPr>
            <w:tcW w:w="4266" w:type="dxa"/>
          </w:tcPr>
          <w:p w14:paraId="47AD3E5D" w14:textId="77777777" w:rsidR="006716B2" w:rsidRPr="00A50E82" w:rsidRDefault="006716B2" w:rsidP="00094C1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A50E82">
              <w:rPr>
                <w:rFonts w:ascii="Times New Roman" w:hAnsi="Times New Roman" w:cs="Times New Roman"/>
                <w:b/>
                <w:bCs/>
              </w:rPr>
              <w:t>Rating (1–5)</w:t>
            </w:r>
          </w:p>
        </w:tc>
      </w:tr>
      <w:tr w:rsidR="006716B2" w:rsidRPr="00A50E82" w14:paraId="31D48335" w14:textId="77777777" w:rsidTr="00A50E82">
        <w:trPr>
          <w:trHeight w:val="498"/>
        </w:trPr>
        <w:tc>
          <w:tcPr>
            <w:tcW w:w="4785" w:type="dxa"/>
          </w:tcPr>
          <w:p w14:paraId="2C44CD69" w14:textId="77777777" w:rsidR="006716B2" w:rsidRPr="00A50E82" w:rsidRDefault="006716B2" w:rsidP="00094C19">
            <w:pPr>
              <w:spacing w:after="0"/>
              <w:rPr>
                <w:rFonts w:ascii="Times New Roman" w:hAnsi="Times New Roman" w:cs="Times New Roman"/>
              </w:rPr>
            </w:pPr>
            <w:r w:rsidRPr="00A50E82">
              <w:rPr>
                <w:rFonts w:ascii="Times New Roman" w:hAnsi="Times New Roman" w:cs="Times New Roman"/>
              </w:rPr>
              <w:t>1. Execution of planned activities</w:t>
            </w:r>
          </w:p>
        </w:tc>
        <w:tc>
          <w:tcPr>
            <w:tcW w:w="4266" w:type="dxa"/>
          </w:tcPr>
          <w:p w14:paraId="6688F8BA" w14:textId="77777777" w:rsidR="006716B2" w:rsidRPr="00A50E82" w:rsidRDefault="006716B2" w:rsidP="00094C1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716B2" w:rsidRPr="00A50E82" w14:paraId="593B50FB" w14:textId="77777777" w:rsidTr="00A50E82">
        <w:trPr>
          <w:trHeight w:val="483"/>
        </w:trPr>
        <w:tc>
          <w:tcPr>
            <w:tcW w:w="4785" w:type="dxa"/>
          </w:tcPr>
          <w:p w14:paraId="40BA5A4D" w14:textId="77777777" w:rsidR="006716B2" w:rsidRPr="00A50E82" w:rsidRDefault="006716B2" w:rsidP="00094C19">
            <w:pPr>
              <w:spacing w:after="0"/>
              <w:rPr>
                <w:rFonts w:ascii="Times New Roman" w:hAnsi="Times New Roman" w:cs="Times New Roman"/>
              </w:rPr>
            </w:pPr>
            <w:r w:rsidRPr="00A50E82">
              <w:rPr>
                <w:rFonts w:ascii="Times New Roman" w:hAnsi="Times New Roman" w:cs="Times New Roman"/>
              </w:rPr>
              <w:t>2. Student participation and leadership</w:t>
            </w:r>
          </w:p>
        </w:tc>
        <w:tc>
          <w:tcPr>
            <w:tcW w:w="4266" w:type="dxa"/>
          </w:tcPr>
          <w:p w14:paraId="482711D7" w14:textId="77777777" w:rsidR="006716B2" w:rsidRPr="00A50E82" w:rsidRDefault="006716B2" w:rsidP="00094C1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716B2" w:rsidRPr="00A50E82" w14:paraId="13216160" w14:textId="77777777" w:rsidTr="00A50E82">
        <w:trPr>
          <w:trHeight w:val="498"/>
        </w:trPr>
        <w:tc>
          <w:tcPr>
            <w:tcW w:w="4785" w:type="dxa"/>
          </w:tcPr>
          <w:p w14:paraId="539E8DEA" w14:textId="77777777" w:rsidR="006716B2" w:rsidRPr="00A50E82" w:rsidRDefault="006716B2" w:rsidP="00094C19">
            <w:pPr>
              <w:spacing w:after="0"/>
              <w:rPr>
                <w:rFonts w:ascii="Times New Roman" w:hAnsi="Times New Roman" w:cs="Times New Roman"/>
              </w:rPr>
            </w:pPr>
            <w:r w:rsidRPr="00A50E82">
              <w:rPr>
                <w:rFonts w:ascii="Times New Roman" w:hAnsi="Times New Roman" w:cs="Times New Roman"/>
              </w:rPr>
              <w:t>3. Creativity and relevance of programs</w:t>
            </w:r>
          </w:p>
        </w:tc>
        <w:tc>
          <w:tcPr>
            <w:tcW w:w="4266" w:type="dxa"/>
          </w:tcPr>
          <w:p w14:paraId="04B736F5" w14:textId="77777777" w:rsidR="006716B2" w:rsidRPr="00A50E82" w:rsidRDefault="006716B2" w:rsidP="00094C1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716B2" w:rsidRPr="00A50E82" w14:paraId="143E56D3" w14:textId="77777777" w:rsidTr="00A50E82">
        <w:trPr>
          <w:trHeight w:val="483"/>
        </w:trPr>
        <w:tc>
          <w:tcPr>
            <w:tcW w:w="4785" w:type="dxa"/>
          </w:tcPr>
          <w:p w14:paraId="02A15A8C" w14:textId="77777777" w:rsidR="006716B2" w:rsidRPr="00A50E82" w:rsidRDefault="006716B2" w:rsidP="00094C19">
            <w:pPr>
              <w:spacing w:after="0"/>
              <w:rPr>
                <w:rFonts w:ascii="Times New Roman" w:hAnsi="Times New Roman" w:cs="Times New Roman"/>
              </w:rPr>
            </w:pPr>
            <w:r w:rsidRPr="00A50E82">
              <w:rPr>
                <w:rFonts w:ascii="Times New Roman" w:hAnsi="Times New Roman" w:cs="Times New Roman"/>
              </w:rPr>
              <w:t>4. Documentation and timely reporting</w:t>
            </w:r>
          </w:p>
        </w:tc>
        <w:tc>
          <w:tcPr>
            <w:tcW w:w="4266" w:type="dxa"/>
          </w:tcPr>
          <w:p w14:paraId="031B68F5" w14:textId="77777777" w:rsidR="006716B2" w:rsidRPr="00A50E82" w:rsidRDefault="006716B2" w:rsidP="00094C1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716B2" w:rsidRPr="00A50E82" w14:paraId="209F8C31" w14:textId="77777777" w:rsidTr="00A50E82">
        <w:trPr>
          <w:trHeight w:val="483"/>
        </w:trPr>
        <w:tc>
          <w:tcPr>
            <w:tcW w:w="4785" w:type="dxa"/>
          </w:tcPr>
          <w:p w14:paraId="36959EE4" w14:textId="77777777" w:rsidR="006716B2" w:rsidRPr="00A50E82" w:rsidRDefault="006716B2" w:rsidP="00094C19">
            <w:pPr>
              <w:spacing w:after="0"/>
              <w:rPr>
                <w:rFonts w:ascii="Times New Roman" w:hAnsi="Times New Roman" w:cs="Times New Roman"/>
              </w:rPr>
            </w:pPr>
            <w:r w:rsidRPr="00A50E82">
              <w:rPr>
                <w:rFonts w:ascii="Times New Roman" w:hAnsi="Times New Roman" w:cs="Times New Roman"/>
              </w:rPr>
              <w:t>5. Collaboration and team coordination</w:t>
            </w:r>
          </w:p>
        </w:tc>
        <w:tc>
          <w:tcPr>
            <w:tcW w:w="4266" w:type="dxa"/>
          </w:tcPr>
          <w:p w14:paraId="24FD5A2F" w14:textId="77777777" w:rsidR="006716B2" w:rsidRPr="00A50E82" w:rsidRDefault="006716B2" w:rsidP="00094C1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716B2" w:rsidRPr="00A50E82" w14:paraId="183F40F8" w14:textId="77777777" w:rsidTr="00A50E82">
        <w:trPr>
          <w:trHeight w:val="483"/>
        </w:trPr>
        <w:tc>
          <w:tcPr>
            <w:tcW w:w="4785" w:type="dxa"/>
          </w:tcPr>
          <w:p w14:paraId="23D1FC55" w14:textId="77777777" w:rsidR="006716B2" w:rsidRPr="00A50E82" w:rsidRDefault="006716B2" w:rsidP="00094C19">
            <w:pPr>
              <w:spacing w:after="0"/>
              <w:rPr>
                <w:rFonts w:ascii="Times New Roman" w:hAnsi="Times New Roman" w:cs="Times New Roman"/>
              </w:rPr>
            </w:pPr>
            <w:r w:rsidRPr="00A50E82">
              <w:rPr>
                <w:rFonts w:ascii="Times New Roman" w:hAnsi="Times New Roman" w:cs="Times New Roman"/>
              </w:rPr>
              <w:t>6. Contribution to college values and mission</w:t>
            </w:r>
          </w:p>
        </w:tc>
        <w:tc>
          <w:tcPr>
            <w:tcW w:w="4266" w:type="dxa"/>
          </w:tcPr>
          <w:p w14:paraId="49CA1C20" w14:textId="77777777" w:rsidR="006716B2" w:rsidRPr="00A50E82" w:rsidRDefault="006716B2" w:rsidP="00094C1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4DAC175A" w14:textId="7531F59B" w:rsidR="00C55E86" w:rsidRPr="00A50E82" w:rsidRDefault="00A77A2B" w:rsidP="00094C19">
      <w:pPr>
        <w:spacing w:after="0"/>
        <w:rPr>
          <w:rFonts w:ascii="Times New Roman" w:hAnsi="Times New Roman" w:cs="Times New Roman"/>
        </w:rPr>
      </w:pPr>
      <w:proofErr w:type="gramStart"/>
      <w:r w:rsidRPr="00A50E82">
        <w:rPr>
          <w:rFonts w:ascii="Times New Roman" w:hAnsi="Times New Roman" w:cs="Times New Roman"/>
        </w:rPr>
        <w:t>( Rating</w:t>
      </w:r>
      <w:proofErr w:type="gramEnd"/>
      <w:r w:rsidRPr="00A50E82">
        <w:rPr>
          <w:rFonts w:ascii="Times New Roman" w:hAnsi="Times New Roman" w:cs="Times New Roman"/>
        </w:rPr>
        <w:t xml:space="preserve"> Scale: 1 – </w:t>
      </w:r>
      <w:proofErr w:type="gramStart"/>
      <w:r w:rsidRPr="00A50E82">
        <w:rPr>
          <w:rFonts w:ascii="Times New Roman" w:hAnsi="Times New Roman" w:cs="Times New Roman"/>
        </w:rPr>
        <w:t>Poor  |</w:t>
      </w:r>
      <w:proofErr w:type="gramEnd"/>
      <w:r w:rsidRPr="00A50E82">
        <w:rPr>
          <w:rFonts w:ascii="Times New Roman" w:hAnsi="Times New Roman" w:cs="Times New Roman"/>
        </w:rPr>
        <w:t xml:space="preserve">  2 – </w:t>
      </w:r>
      <w:proofErr w:type="gramStart"/>
      <w:r w:rsidRPr="00A50E82">
        <w:rPr>
          <w:rFonts w:ascii="Times New Roman" w:hAnsi="Times New Roman" w:cs="Times New Roman"/>
        </w:rPr>
        <w:t>Fair  |</w:t>
      </w:r>
      <w:proofErr w:type="gramEnd"/>
      <w:r w:rsidRPr="00A50E82">
        <w:rPr>
          <w:rFonts w:ascii="Times New Roman" w:hAnsi="Times New Roman" w:cs="Times New Roman"/>
        </w:rPr>
        <w:t xml:space="preserve">  3 – </w:t>
      </w:r>
      <w:proofErr w:type="gramStart"/>
      <w:r w:rsidRPr="00A50E82">
        <w:rPr>
          <w:rFonts w:ascii="Times New Roman" w:hAnsi="Times New Roman" w:cs="Times New Roman"/>
        </w:rPr>
        <w:t>Good  |</w:t>
      </w:r>
      <w:proofErr w:type="gramEnd"/>
      <w:r w:rsidRPr="00A50E82">
        <w:rPr>
          <w:rFonts w:ascii="Times New Roman" w:hAnsi="Times New Roman" w:cs="Times New Roman"/>
        </w:rPr>
        <w:t xml:space="preserve">  4 – Very </w:t>
      </w:r>
      <w:proofErr w:type="gramStart"/>
      <w:r w:rsidRPr="00A50E82">
        <w:rPr>
          <w:rFonts w:ascii="Times New Roman" w:hAnsi="Times New Roman" w:cs="Times New Roman"/>
        </w:rPr>
        <w:t>Good  |</w:t>
      </w:r>
      <w:proofErr w:type="gramEnd"/>
      <w:r w:rsidRPr="00A50E82">
        <w:rPr>
          <w:rFonts w:ascii="Times New Roman" w:hAnsi="Times New Roman" w:cs="Times New Roman"/>
        </w:rPr>
        <w:t xml:space="preserve">  5 – </w:t>
      </w:r>
      <w:proofErr w:type="gramStart"/>
      <w:r w:rsidRPr="00A50E82">
        <w:rPr>
          <w:rFonts w:ascii="Times New Roman" w:hAnsi="Times New Roman" w:cs="Times New Roman"/>
        </w:rPr>
        <w:t>Excellent )</w:t>
      </w:r>
      <w:proofErr w:type="gramEnd"/>
    </w:p>
    <w:p w14:paraId="5E08A672" w14:textId="12E0B97E" w:rsidR="00C55E86" w:rsidRPr="00A50E82" w:rsidRDefault="00F319E5" w:rsidP="00094C19">
      <w:pPr>
        <w:pStyle w:val="Heading2"/>
        <w:spacing w:before="0"/>
        <w:rPr>
          <w:rFonts w:ascii="Times New Roman" w:hAnsi="Times New Roman" w:cs="Times New Roman"/>
          <w:color w:val="auto"/>
          <w:sz w:val="22"/>
          <w:szCs w:val="22"/>
        </w:rPr>
      </w:pPr>
      <w:r w:rsidRPr="00A50E82">
        <w:rPr>
          <w:rFonts w:ascii="Times New Roman" w:hAnsi="Times New Roman" w:cs="Times New Roman"/>
          <w:color w:val="auto"/>
          <w:sz w:val="22"/>
          <w:szCs w:val="22"/>
        </w:rPr>
        <w:lastRenderedPageBreak/>
        <w:t>Part V</w:t>
      </w:r>
      <w:r w:rsidR="00A77A2B" w:rsidRPr="00A50E82">
        <w:rPr>
          <w:rFonts w:ascii="Times New Roman" w:hAnsi="Times New Roman" w:cs="Times New Roman"/>
          <w:color w:val="auto"/>
          <w:sz w:val="22"/>
          <w:szCs w:val="22"/>
        </w:rPr>
        <w:t>I</w:t>
      </w:r>
      <w:r w:rsidRPr="00A50E82">
        <w:rPr>
          <w:rFonts w:ascii="Times New Roman" w:hAnsi="Times New Roman" w:cs="Times New Roman"/>
          <w:color w:val="auto"/>
          <w:sz w:val="22"/>
          <w:szCs w:val="22"/>
        </w:rPr>
        <w:t xml:space="preserve">: </w:t>
      </w:r>
      <w:r w:rsidR="00A77A2B" w:rsidRPr="00A50E82">
        <w:rPr>
          <w:rFonts w:ascii="Times New Roman" w:hAnsi="Times New Roman" w:cs="Times New Roman"/>
          <w:color w:val="auto"/>
          <w:sz w:val="22"/>
          <w:szCs w:val="22"/>
        </w:rPr>
        <w:t xml:space="preserve">Observations and </w:t>
      </w:r>
      <w:r w:rsidRPr="00A50E82">
        <w:rPr>
          <w:rFonts w:ascii="Times New Roman" w:hAnsi="Times New Roman" w:cs="Times New Roman"/>
          <w:color w:val="auto"/>
          <w:sz w:val="22"/>
          <w:szCs w:val="22"/>
        </w:rPr>
        <w:t>Reflections</w:t>
      </w:r>
      <w:r w:rsidR="00A77A2B" w:rsidRPr="00A50E82">
        <w:rPr>
          <w:rFonts w:ascii="Times New Roman" w:hAnsi="Times New Roman" w:cs="Times New Roman"/>
          <w:color w:val="auto"/>
          <w:sz w:val="22"/>
          <w:szCs w:val="22"/>
        </w:rPr>
        <w:t xml:space="preserve"> by the Animator and Co-Animator</w:t>
      </w:r>
    </w:p>
    <w:tbl>
      <w:tblPr>
        <w:tblW w:w="89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2"/>
        <w:gridCol w:w="4231"/>
      </w:tblGrid>
      <w:tr w:rsidR="006716B2" w:rsidRPr="00A50E82" w14:paraId="4ED85D44" w14:textId="77777777" w:rsidTr="000E5B56">
        <w:trPr>
          <w:trHeight w:val="375"/>
        </w:trPr>
        <w:tc>
          <w:tcPr>
            <w:tcW w:w="4742" w:type="dxa"/>
          </w:tcPr>
          <w:p w14:paraId="0CE63996" w14:textId="6209079B" w:rsidR="00C55E86" w:rsidRPr="00A50E82" w:rsidRDefault="00F319E5" w:rsidP="00094C1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A50E82">
              <w:rPr>
                <w:rFonts w:ascii="Times New Roman" w:hAnsi="Times New Roman" w:cs="Times New Roman"/>
                <w:b/>
                <w:bCs/>
              </w:rPr>
              <w:t>Prompt</w:t>
            </w:r>
          </w:p>
        </w:tc>
        <w:tc>
          <w:tcPr>
            <w:tcW w:w="4231" w:type="dxa"/>
          </w:tcPr>
          <w:p w14:paraId="773BDE9E" w14:textId="77777777" w:rsidR="00C55E86" w:rsidRPr="00A50E82" w:rsidRDefault="00F319E5" w:rsidP="00094C1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A50E82">
              <w:rPr>
                <w:rFonts w:ascii="Times New Roman" w:hAnsi="Times New Roman" w:cs="Times New Roman"/>
                <w:b/>
                <w:bCs/>
              </w:rPr>
              <w:t>Response / Reflection</w:t>
            </w:r>
          </w:p>
        </w:tc>
      </w:tr>
      <w:tr w:rsidR="006716B2" w:rsidRPr="00A50E82" w14:paraId="2B1997C4" w14:textId="77777777" w:rsidTr="000E5B56">
        <w:trPr>
          <w:trHeight w:val="386"/>
        </w:trPr>
        <w:tc>
          <w:tcPr>
            <w:tcW w:w="4742" w:type="dxa"/>
          </w:tcPr>
          <w:p w14:paraId="5D7EDBEF" w14:textId="0C3F887A" w:rsidR="00C55E86" w:rsidRPr="00A50E82" w:rsidRDefault="00F319E5" w:rsidP="00094C19">
            <w:pPr>
              <w:spacing w:after="0"/>
              <w:rPr>
                <w:rFonts w:ascii="Times New Roman" w:hAnsi="Times New Roman" w:cs="Times New Roman"/>
              </w:rPr>
            </w:pPr>
            <w:r w:rsidRPr="00A50E82">
              <w:rPr>
                <w:rFonts w:ascii="Times New Roman" w:hAnsi="Times New Roman" w:cs="Times New Roman"/>
              </w:rPr>
              <w:t xml:space="preserve">1. </w:t>
            </w:r>
            <w:r w:rsidR="001013D7" w:rsidRPr="00A50E82">
              <w:rPr>
                <w:rFonts w:ascii="Times New Roman" w:hAnsi="Times New Roman" w:cs="Times New Roman"/>
              </w:rPr>
              <w:t>Major achievements of the semester</w:t>
            </w:r>
          </w:p>
        </w:tc>
        <w:tc>
          <w:tcPr>
            <w:tcW w:w="4231" w:type="dxa"/>
          </w:tcPr>
          <w:p w14:paraId="66C83EAE" w14:textId="77777777" w:rsidR="00C55E86" w:rsidRPr="00A50E82" w:rsidRDefault="00C55E86" w:rsidP="00094C1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716B2" w:rsidRPr="00A50E82" w14:paraId="4F572635" w14:textId="77777777" w:rsidTr="000E5B56">
        <w:trPr>
          <w:trHeight w:val="611"/>
        </w:trPr>
        <w:tc>
          <w:tcPr>
            <w:tcW w:w="4742" w:type="dxa"/>
          </w:tcPr>
          <w:p w14:paraId="0FE00C07" w14:textId="10A9287C" w:rsidR="00C55E86" w:rsidRPr="00A50E82" w:rsidRDefault="00F319E5" w:rsidP="00094C19">
            <w:pPr>
              <w:spacing w:after="0"/>
              <w:rPr>
                <w:rFonts w:ascii="Times New Roman" w:hAnsi="Times New Roman" w:cs="Times New Roman"/>
              </w:rPr>
            </w:pPr>
            <w:r w:rsidRPr="00A50E82">
              <w:rPr>
                <w:rFonts w:ascii="Times New Roman" w:hAnsi="Times New Roman" w:cs="Times New Roman"/>
              </w:rPr>
              <w:t>2. What challenges were faced and how were they handled?</w:t>
            </w:r>
            <w:r w:rsidR="001013D7" w:rsidRPr="00A50E82">
              <w:rPr>
                <w:rFonts w:ascii="Times New Roman" w:hAnsi="Times New Roman" w:cs="Times New Roman"/>
              </w:rPr>
              <w:t xml:space="preserve"> </w:t>
            </w:r>
            <w:r w:rsidR="00A34B04">
              <w:rPr>
                <w:rFonts w:ascii="Times New Roman" w:hAnsi="Times New Roman" w:cs="Times New Roman"/>
              </w:rPr>
              <w:t>(</w:t>
            </w:r>
            <w:r w:rsidR="001013D7" w:rsidRPr="00A50E82">
              <w:rPr>
                <w:rFonts w:ascii="Times New Roman" w:hAnsi="Times New Roman" w:cs="Times New Roman"/>
              </w:rPr>
              <w:t>Challenges faced in implementation</w:t>
            </w:r>
            <w:r w:rsidR="00A34B0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231" w:type="dxa"/>
          </w:tcPr>
          <w:p w14:paraId="213A2982" w14:textId="77777777" w:rsidR="00C55E86" w:rsidRPr="00A50E82" w:rsidRDefault="00C55E86" w:rsidP="00094C1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716B2" w:rsidRPr="00A50E82" w14:paraId="4642A033" w14:textId="77777777" w:rsidTr="000E5B56">
        <w:trPr>
          <w:trHeight w:val="598"/>
        </w:trPr>
        <w:tc>
          <w:tcPr>
            <w:tcW w:w="4742" w:type="dxa"/>
          </w:tcPr>
          <w:p w14:paraId="5D61B21E" w14:textId="77777777" w:rsidR="00C55E86" w:rsidRPr="00A50E82" w:rsidRDefault="00F319E5" w:rsidP="00094C19">
            <w:pPr>
              <w:spacing w:after="0"/>
              <w:rPr>
                <w:rFonts w:ascii="Times New Roman" w:hAnsi="Times New Roman" w:cs="Times New Roman"/>
              </w:rPr>
            </w:pPr>
            <w:r w:rsidRPr="00A50E82">
              <w:rPr>
                <w:rFonts w:ascii="Times New Roman" w:hAnsi="Times New Roman" w:cs="Times New Roman"/>
              </w:rPr>
              <w:t>3. What did the student members learn through the activities?</w:t>
            </w:r>
          </w:p>
        </w:tc>
        <w:tc>
          <w:tcPr>
            <w:tcW w:w="4231" w:type="dxa"/>
          </w:tcPr>
          <w:p w14:paraId="07FB1433" w14:textId="77777777" w:rsidR="00C55E86" w:rsidRPr="00A50E82" w:rsidRDefault="00C55E86" w:rsidP="00094C1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716B2" w:rsidRPr="00A50E82" w14:paraId="18DF9AFA" w14:textId="77777777" w:rsidTr="000E5B56">
        <w:trPr>
          <w:trHeight w:val="611"/>
        </w:trPr>
        <w:tc>
          <w:tcPr>
            <w:tcW w:w="4742" w:type="dxa"/>
          </w:tcPr>
          <w:p w14:paraId="05089CCC" w14:textId="77777777" w:rsidR="00C55E86" w:rsidRPr="00A50E82" w:rsidRDefault="00F319E5" w:rsidP="00094C19">
            <w:pPr>
              <w:spacing w:after="0"/>
              <w:rPr>
                <w:rFonts w:ascii="Times New Roman" w:hAnsi="Times New Roman" w:cs="Times New Roman"/>
              </w:rPr>
            </w:pPr>
            <w:r w:rsidRPr="00A50E82">
              <w:rPr>
                <w:rFonts w:ascii="Times New Roman" w:hAnsi="Times New Roman" w:cs="Times New Roman"/>
              </w:rPr>
              <w:t>4. How did the club contribute to the overall campus life and Bosco spirit?</w:t>
            </w:r>
          </w:p>
        </w:tc>
        <w:tc>
          <w:tcPr>
            <w:tcW w:w="4231" w:type="dxa"/>
          </w:tcPr>
          <w:p w14:paraId="3673F089" w14:textId="77777777" w:rsidR="00C55E86" w:rsidRPr="00A50E82" w:rsidRDefault="00C55E86" w:rsidP="00094C1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716B2" w:rsidRPr="00A50E82" w14:paraId="6C241CFE" w14:textId="77777777" w:rsidTr="000E5B56">
        <w:trPr>
          <w:trHeight w:val="611"/>
        </w:trPr>
        <w:tc>
          <w:tcPr>
            <w:tcW w:w="4742" w:type="dxa"/>
          </w:tcPr>
          <w:p w14:paraId="55492F2D" w14:textId="77777777" w:rsidR="00C55E86" w:rsidRPr="00A50E82" w:rsidRDefault="00F319E5" w:rsidP="00094C19">
            <w:pPr>
              <w:spacing w:after="0"/>
              <w:rPr>
                <w:rFonts w:ascii="Times New Roman" w:hAnsi="Times New Roman" w:cs="Times New Roman"/>
              </w:rPr>
            </w:pPr>
            <w:r w:rsidRPr="00A50E82">
              <w:rPr>
                <w:rFonts w:ascii="Times New Roman" w:hAnsi="Times New Roman" w:cs="Times New Roman"/>
              </w:rPr>
              <w:t>5. What changes will you make in planning and execution for the next semester?</w:t>
            </w:r>
          </w:p>
        </w:tc>
        <w:tc>
          <w:tcPr>
            <w:tcW w:w="4231" w:type="dxa"/>
          </w:tcPr>
          <w:p w14:paraId="73A3C0B0" w14:textId="77777777" w:rsidR="00C55E86" w:rsidRPr="00A50E82" w:rsidRDefault="00C55E86" w:rsidP="00094C1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77A2B" w:rsidRPr="00A50E82" w14:paraId="7045F20C" w14:textId="77777777" w:rsidTr="000E5B56">
        <w:trPr>
          <w:trHeight w:val="375"/>
        </w:trPr>
        <w:tc>
          <w:tcPr>
            <w:tcW w:w="4742" w:type="dxa"/>
          </w:tcPr>
          <w:p w14:paraId="011B0B30" w14:textId="09C62DB9" w:rsidR="00A77A2B" w:rsidRPr="00A50E82" w:rsidRDefault="001013D7" w:rsidP="00094C19">
            <w:pPr>
              <w:spacing w:after="0"/>
              <w:rPr>
                <w:rFonts w:ascii="Times New Roman" w:hAnsi="Times New Roman" w:cs="Times New Roman"/>
              </w:rPr>
            </w:pPr>
            <w:r w:rsidRPr="00A50E82">
              <w:rPr>
                <w:rFonts w:ascii="Times New Roman" w:hAnsi="Times New Roman" w:cs="Times New Roman"/>
              </w:rPr>
              <w:t>6</w:t>
            </w:r>
            <w:r w:rsidR="00A77A2B" w:rsidRPr="00A50E82">
              <w:rPr>
                <w:rFonts w:ascii="Times New Roman" w:hAnsi="Times New Roman" w:cs="Times New Roman"/>
              </w:rPr>
              <w:t>. Suggestions for improvement / support required</w:t>
            </w:r>
          </w:p>
        </w:tc>
        <w:tc>
          <w:tcPr>
            <w:tcW w:w="4231" w:type="dxa"/>
          </w:tcPr>
          <w:p w14:paraId="0588E857" w14:textId="77777777" w:rsidR="00A77A2B" w:rsidRPr="00A50E82" w:rsidRDefault="00A77A2B" w:rsidP="00094C1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3D6D604C" w14:textId="3BA20634" w:rsidR="00C55E86" w:rsidRPr="00A50E82" w:rsidRDefault="00F319E5" w:rsidP="00094C19">
      <w:pPr>
        <w:pStyle w:val="Heading2"/>
        <w:rPr>
          <w:rFonts w:ascii="Times New Roman" w:hAnsi="Times New Roman" w:cs="Times New Roman"/>
          <w:color w:val="auto"/>
          <w:sz w:val="22"/>
          <w:szCs w:val="22"/>
        </w:rPr>
      </w:pPr>
      <w:r w:rsidRPr="00A50E82">
        <w:rPr>
          <w:rFonts w:ascii="Times New Roman" w:hAnsi="Times New Roman" w:cs="Times New Roman"/>
          <w:color w:val="auto"/>
          <w:sz w:val="22"/>
          <w:szCs w:val="22"/>
        </w:rPr>
        <w:t>Part VII: Summary</w:t>
      </w:r>
    </w:p>
    <w:tbl>
      <w:tblPr>
        <w:tblW w:w="90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6"/>
        <w:gridCol w:w="4257"/>
      </w:tblGrid>
      <w:tr w:rsidR="006716B2" w:rsidRPr="00A50E82" w14:paraId="59950415" w14:textId="77777777" w:rsidTr="00094C19">
        <w:trPr>
          <w:trHeight w:val="355"/>
        </w:trPr>
        <w:tc>
          <w:tcPr>
            <w:tcW w:w="4776" w:type="dxa"/>
          </w:tcPr>
          <w:p w14:paraId="2814107D" w14:textId="77777777" w:rsidR="00C55E86" w:rsidRPr="00A50E82" w:rsidRDefault="00F319E5" w:rsidP="00094C1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A50E82">
              <w:rPr>
                <w:rFonts w:ascii="Times New Roman" w:hAnsi="Times New Roman" w:cs="Times New Roman"/>
                <w:b/>
                <w:bCs/>
              </w:rPr>
              <w:t>Aspect</w:t>
            </w:r>
          </w:p>
        </w:tc>
        <w:tc>
          <w:tcPr>
            <w:tcW w:w="4257" w:type="dxa"/>
          </w:tcPr>
          <w:p w14:paraId="24C94CD3" w14:textId="77777777" w:rsidR="00C55E86" w:rsidRPr="00A50E82" w:rsidRDefault="00F319E5" w:rsidP="00094C1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A50E82">
              <w:rPr>
                <w:rFonts w:ascii="Times New Roman" w:hAnsi="Times New Roman" w:cs="Times New Roman"/>
                <w:b/>
                <w:bCs/>
              </w:rPr>
              <w:t>Key Points / Remarks</w:t>
            </w:r>
          </w:p>
        </w:tc>
      </w:tr>
      <w:tr w:rsidR="006716B2" w:rsidRPr="00A50E82" w14:paraId="07AA75A9" w14:textId="77777777" w:rsidTr="00094C19">
        <w:trPr>
          <w:trHeight w:val="365"/>
        </w:trPr>
        <w:tc>
          <w:tcPr>
            <w:tcW w:w="4776" w:type="dxa"/>
          </w:tcPr>
          <w:p w14:paraId="44CA73C5" w14:textId="77777777" w:rsidR="00C55E86" w:rsidRPr="00A50E82" w:rsidRDefault="00F319E5" w:rsidP="00094C19">
            <w:pPr>
              <w:spacing w:after="0"/>
              <w:rPr>
                <w:rFonts w:ascii="Times New Roman" w:hAnsi="Times New Roman" w:cs="Times New Roman"/>
              </w:rPr>
            </w:pPr>
            <w:r w:rsidRPr="00A50E82">
              <w:rPr>
                <w:rFonts w:ascii="Times New Roman" w:hAnsi="Times New Roman" w:cs="Times New Roman"/>
              </w:rPr>
              <w:t>Overall performance of the club</w:t>
            </w:r>
          </w:p>
        </w:tc>
        <w:tc>
          <w:tcPr>
            <w:tcW w:w="4257" w:type="dxa"/>
          </w:tcPr>
          <w:p w14:paraId="25C813C0" w14:textId="77777777" w:rsidR="00C55E86" w:rsidRPr="00A50E82" w:rsidRDefault="00C55E86" w:rsidP="00094C1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716B2" w:rsidRPr="00A50E82" w14:paraId="10F63A16" w14:textId="77777777" w:rsidTr="00094C19">
        <w:trPr>
          <w:trHeight w:val="355"/>
        </w:trPr>
        <w:tc>
          <w:tcPr>
            <w:tcW w:w="4776" w:type="dxa"/>
          </w:tcPr>
          <w:p w14:paraId="6B14CF94" w14:textId="77777777" w:rsidR="00C55E86" w:rsidRPr="00A50E82" w:rsidRDefault="00F319E5" w:rsidP="00094C19">
            <w:pPr>
              <w:spacing w:after="0"/>
              <w:rPr>
                <w:rFonts w:ascii="Times New Roman" w:hAnsi="Times New Roman" w:cs="Times New Roman"/>
              </w:rPr>
            </w:pPr>
            <w:r w:rsidRPr="00A50E82">
              <w:rPr>
                <w:rFonts w:ascii="Times New Roman" w:hAnsi="Times New Roman" w:cs="Times New Roman"/>
              </w:rPr>
              <w:t>Focus areas for next semester</w:t>
            </w:r>
          </w:p>
        </w:tc>
        <w:tc>
          <w:tcPr>
            <w:tcW w:w="4257" w:type="dxa"/>
          </w:tcPr>
          <w:p w14:paraId="186C61F2" w14:textId="77777777" w:rsidR="00C55E86" w:rsidRPr="00A50E82" w:rsidRDefault="00C55E86" w:rsidP="00094C1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511F282C" w14:textId="77777777" w:rsidR="00C55E86" w:rsidRPr="00A50E82" w:rsidRDefault="00F319E5" w:rsidP="00094C19">
      <w:pPr>
        <w:pStyle w:val="Heading2"/>
        <w:rPr>
          <w:rFonts w:ascii="Times New Roman" w:hAnsi="Times New Roman" w:cs="Times New Roman"/>
          <w:color w:val="auto"/>
          <w:sz w:val="22"/>
          <w:szCs w:val="22"/>
        </w:rPr>
      </w:pPr>
      <w:r w:rsidRPr="00A50E82">
        <w:rPr>
          <w:rFonts w:ascii="Times New Roman" w:hAnsi="Times New Roman" w:cs="Times New Roman"/>
          <w:color w:val="auto"/>
          <w:sz w:val="22"/>
          <w:szCs w:val="22"/>
        </w:rPr>
        <w:t>Signatures</w:t>
      </w:r>
    </w:p>
    <w:tbl>
      <w:tblPr>
        <w:tblW w:w="9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1"/>
        <w:gridCol w:w="2791"/>
        <w:gridCol w:w="3452"/>
      </w:tblGrid>
      <w:tr w:rsidR="006716B2" w:rsidRPr="00A50E82" w14:paraId="5E17C279" w14:textId="77777777" w:rsidTr="00094C19">
        <w:trPr>
          <w:trHeight w:val="486"/>
        </w:trPr>
        <w:tc>
          <w:tcPr>
            <w:tcW w:w="2791" w:type="dxa"/>
          </w:tcPr>
          <w:p w14:paraId="3354F315" w14:textId="77777777" w:rsidR="00C55E86" w:rsidRPr="00A50E82" w:rsidRDefault="00F319E5" w:rsidP="00094C1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A50E82">
              <w:rPr>
                <w:rFonts w:ascii="Times New Roman" w:hAnsi="Times New Roman" w:cs="Times New Roman"/>
                <w:b/>
                <w:bCs/>
              </w:rPr>
              <w:t>Role</w:t>
            </w:r>
          </w:p>
        </w:tc>
        <w:tc>
          <w:tcPr>
            <w:tcW w:w="2791" w:type="dxa"/>
          </w:tcPr>
          <w:p w14:paraId="5CFE30F6" w14:textId="444257D9" w:rsidR="00C55E86" w:rsidRPr="00A50E82" w:rsidRDefault="00F319E5" w:rsidP="00094C1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A50E82">
              <w:rPr>
                <w:rFonts w:ascii="Times New Roman" w:hAnsi="Times New Roman" w:cs="Times New Roman"/>
                <w:b/>
                <w:bCs/>
              </w:rPr>
              <w:t xml:space="preserve">Name </w:t>
            </w:r>
          </w:p>
        </w:tc>
        <w:tc>
          <w:tcPr>
            <w:tcW w:w="3452" w:type="dxa"/>
          </w:tcPr>
          <w:p w14:paraId="1EA94062" w14:textId="19AB3E8D" w:rsidR="00C55E86" w:rsidRPr="00A50E82" w:rsidRDefault="006716B2" w:rsidP="00094C1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A50E82">
              <w:rPr>
                <w:rFonts w:ascii="Times New Roman" w:hAnsi="Times New Roman" w:cs="Times New Roman"/>
                <w:b/>
                <w:bCs/>
              </w:rPr>
              <w:t>Signature with Date</w:t>
            </w:r>
          </w:p>
        </w:tc>
      </w:tr>
      <w:tr w:rsidR="006716B2" w:rsidRPr="00A50E82" w14:paraId="19FDFDA3" w14:textId="77777777" w:rsidTr="00094C19">
        <w:trPr>
          <w:trHeight w:val="502"/>
        </w:trPr>
        <w:tc>
          <w:tcPr>
            <w:tcW w:w="2791" w:type="dxa"/>
          </w:tcPr>
          <w:p w14:paraId="508C71C0" w14:textId="77777777" w:rsidR="00C55E86" w:rsidRPr="00A50E82" w:rsidRDefault="00F319E5" w:rsidP="00094C19">
            <w:pPr>
              <w:spacing w:after="0"/>
              <w:rPr>
                <w:rFonts w:ascii="Times New Roman" w:hAnsi="Times New Roman" w:cs="Times New Roman"/>
              </w:rPr>
            </w:pPr>
            <w:r w:rsidRPr="00A50E82">
              <w:rPr>
                <w:rFonts w:ascii="Times New Roman" w:hAnsi="Times New Roman" w:cs="Times New Roman"/>
              </w:rPr>
              <w:t>Animator</w:t>
            </w:r>
          </w:p>
        </w:tc>
        <w:tc>
          <w:tcPr>
            <w:tcW w:w="2791" w:type="dxa"/>
          </w:tcPr>
          <w:p w14:paraId="36F4ABC4" w14:textId="77777777" w:rsidR="00C55E86" w:rsidRPr="00A50E82" w:rsidRDefault="00C55E86" w:rsidP="00094C19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452" w:type="dxa"/>
          </w:tcPr>
          <w:p w14:paraId="636E4FF3" w14:textId="77777777" w:rsidR="00C55E86" w:rsidRPr="00A50E82" w:rsidRDefault="00C55E86" w:rsidP="00094C1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716B2" w:rsidRPr="00A50E82" w14:paraId="0A81514C" w14:textId="77777777" w:rsidTr="00094C19">
        <w:trPr>
          <w:trHeight w:val="486"/>
        </w:trPr>
        <w:tc>
          <w:tcPr>
            <w:tcW w:w="2791" w:type="dxa"/>
          </w:tcPr>
          <w:p w14:paraId="3FF82052" w14:textId="77777777" w:rsidR="00C55E86" w:rsidRPr="00A50E82" w:rsidRDefault="00F319E5" w:rsidP="00094C19">
            <w:pPr>
              <w:spacing w:after="0"/>
              <w:rPr>
                <w:rFonts w:ascii="Times New Roman" w:hAnsi="Times New Roman" w:cs="Times New Roman"/>
              </w:rPr>
            </w:pPr>
            <w:r w:rsidRPr="00A50E82">
              <w:rPr>
                <w:rFonts w:ascii="Times New Roman" w:hAnsi="Times New Roman" w:cs="Times New Roman"/>
              </w:rPr>
              <w:t>Co-Animator</w:t>
            </w:r>
          </w:p>
        </w:tc>
        <w:tc>
          <w:tcPr>
            <w:tcW w:w="2791" w:type="dxa"/>
          </w:tcPr>
          <w:p w14:paraId="2CFCB5EB" w14:textId="77777777" w:rsidR="00C55E86" w:rsidRPr="00A50E82" w:rsidRDefault="00C55E86" w:rsidP="00094C19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452" w:type="dxa"/>
          </w:tcPr>
          <w:p w14:paraId="75DBC0D3" w14:textId="77777777" w:rsidR="00C55E86" w:rsidRPr="00A50E82" w:rsidRDefault="00C55E86" w:rsidP="00094C1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1E1880CA" w14:textId="6432A1D3" w:rsidR="00C55E86" w:rsidRPr="00A50E82" w:rsidRDefault="00D7003A" w:rsidP="00094C19">
      <w:pPr>
        <w:pStyle w:val="Heading2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A77A2B" w:rsidRPr="00A50E82">
        <w:rPr>
          <w:rFonts w:ascii="Times New Roman" w:hAnsi="Times New Roman" w:cs="Times New Roman"/>
          <w:color w:val="auto"/>
          <w:sz w:val="22"/>
          <w:szCs w:val="22"/>
        </w:rPr>
        <w:t>Part VIII: Campus Minister’s Review</w:t>
      </w:r>
    </w:p>
    <w:tbl>
      <w:tblPr>
        <w:tblW w:w="9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6"/>
        <w:gridCol w:w="4670"/>
      </w:tblGrid>
      <w:tr w:rsidR="006716B2" w:rsidRPr="00A50E82" w14:paraId="0997FA6D" w14:textId="77777777" w:rsidTr="00094C19">
        <w:trPr>
          <w:trHeight w:val="338"/>
        </w:trPr>
        <w:tc>
          <w:tcPr>
            <w:tcW w:w="4636" w:type="dxa"/>
          </w:tcPr>
          <w:p w14:paraId="16E84CF6" w14:textId="77777777" w:rsidR="00C55E86" w:rsidRPr="00A50E82" w:rsidRDefault="00F319E5" w:rsidP="00094C19">
            <w:pPr>
              <w:spacing w:after="0"/>
              <w:rPr>
                <w:rFonts w:ascii="Times New Roman" w:hAnsi="Times New Roman" w:cs="Times New Roman"/>
              </w:rPr>
            </w:pPr>
            <w:r w:rsidRPr="00A50E82">
              <w:rPr>
                <w:rFonts w:ascii="Times New Roman" w:hAnsi="Times New Roman" w:cs="Times New Roman"/>
              </w:rPr>
              <w:t>Date of Review Meeting</w:t>
            </w:r>
          </w:p>
        </w:tc>
        <w:tc>
          <w:tcPr>
            <w:tcW w:w="4670" w:type="dxa"/>
          </w:tcPr>
          <w:p w14:paraId="68DD371B" w14:textId="77777777" w:rsidR="00C55E86" w:rsidRPr="00A50E82" w:rsidRDefault="00C55E86" w:rsidP="00094C1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716B2" w:rsidRPr="00A50E82" w14:paraId="0D041499" w14:textId="77777777" w:rsidTr="00094C19">
        <w:trPr>
          <w:trHeight w:val="694"/>
        </w:trPr>
        <w:tc>
          <w:tcPr>
            <w:tcW w:w="4636" w:type="dxa"/>
          </w:tcPr>
          <w:p w14:paraId="266EE57E" w14:textId="77777777" w:rsidR="00C55E86" w:rsidRPr="00A50E82" w:rsidRDefault="00F319E5" w:rsidP="00094C19">
            <w:pPr>
              <w:spacing w:after="0"/>
              <w:rPr>
                <w:rFonts w:ascii="Times New Roman" w:hAnsi="Times New Roman" w:cs="Times New Roman"/>
              </w:rPr>
            </w:pPr>
            <w:r w:rsidRPr="00A50E82">
              <w:rPr>
                <w:rFonts w:ascii="Times New Roman" w:hAnsi="Times New Roman" w:cs="Times New Roman"/>
              </w:rPr>
              <w:t>Observations / Comments by the Campus Minister</w:t>
            </w:r>
          </w:p>
        </w:tc>
        <w:tc>
          <w:tcPr>
            <w:tcW w:w="4670" w:type="dxa"/>
          </w:tcPr>
          <w:p w14:paraId="0766C79A" w14:textId="77777777" w:rsidR="00C55E86" w:rsidRPr="00A50E82" w:rsidRDefault="00C55E86" w:rsidP="00094C1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716B2" w:rsidRPr="00A50E82" w14:paraId="644F0DBD" w14:textId="77777777" w:rsidTr="00094C19">
        <w:trPr>
          <w:trHeight w:val="1975"/>
        </w:trPr>
        <w:tc>
          <w:tcPr>
            <w:tcW w:w="4636" w:type="dxa"/>
          </w:tcPr>
          <w:p w14:paraId="7096E727" w14:textId="6F8CDAD4" w:rsidR="00C55E86" w:rsidRPr="00A50E82" w:rsidRDefault="00F319E5" w:rsidP="00094C19">
            <w:pPr>
              <w:spacing w:after="0"/>
              <w:rPr>
                <w:rFonts w:ascii="Times New Roman" w:hAnsi="Times New Roman" w:cs="Times New Roman"/>
              </w:rPr>
            </w:pPr>
            <w:r w:rsidRPr="00A50E82">
              <w:rPr>
                <w:rFonts w:ascii="Times New Roman" w:hAnsi="Times New Roman" w:cs="Times New Roman"/>
              </w:rPr>
              <w:t xml:space="preserve">Overall Assessment </w:t>
            </w:r>
          </w:p>
        </w:tc>
        <w:tc>
          <w:tcPr>
            <w:tcW w:w="4670" w:type="dxa"/>
          </w:tcPr>
          <w:p w14:paraId="26A3CB16" w14:textId="77777777" w:rsidR="006716B2" w:rsidRPr="00A50E82" w:rsidRDefault="006716B2" w:rsidP="00094C19">
            <w:pPr>
              <w:spacing w:after="0"/>
              <w:rPr>
                <w:rFonts w:ascii="Times New Roman" w:hAnsi="Times New Roman" w:cs="Times New Roman"/>
              </w:rPr>
            </w:pPr>
            <w:r w:rsidRPr="00A50E82">
              <w:rPr>
                <w:rFonts w:ascii="Segoe UI Symbol" w:hAnsi="Segoe UI Symbol" w:cs="Segoe UI Symbol"/>
              </w:rPr>
              <w:t>☐</w:t>
            </w:r>
            <w:r w:rsidRPr="00A50E82">
              <w:rPr>
                <w:rFonts w:ascii="Times New Roman" w:hAnsi="Times New Roman" w:cs="Times New Roman"/>
              </w:rPr>
              <w:t xml:space="preserve"> Excellent</w:t>
            </w:r>
          </w:p>
          <w:p w14:paraId="08EE4B82" w14:textId="77777777" w:rsidR="006716B2" w:rsidRPr="00A50E82" w:rsidRDefault="006716B2" w:rsidP="00094C19">
            <w:pPr>
              <w:spacing w:after="0"/>
              <w:rPr>
                <w:rFonts w:ascii="Times New Roman" w:hAnsi="Times New Roman" w:cs="Times New Roman"/>
              </w:rPr>
            </w:pPr>
            <w:r w:rsidRPr="00A50E82">
              <w:rPr>
                <w:rFonts w:ascii="Segoe UI Symbol" w:hAnsi="Segoe UI Symbol" w:cs="Segoe UI Symbol"/>
              </w:rPr>
              <w:t>☐</w:t>
            </w:r>
            <w:r w:rsidRPr="00A50E82">
              <w:rPr>
                <w:rFonts w:ascii="Times New Roman" w:hAnsi="Times New Roman" w:cs="Times New Roman"/>
              </w:rPr>
              <w:t xml:space="preserve"> Very Good </w:t>
            </w:r>
          </w:p>
          <w:p w14:paraId="25493FDA" w14:textId="77777777" w:rsidR="006716B2" w:rsidRPr="00A50E82" w:rsidRDefault="006716B2" w:rsidP="00094C19">
            <w:pPr>
              <w:spacing w:after="0"/>
              <w:rPr>
                <w:rFonts w:ascii="Times New Roman" w:hAnsi="Times New Roman" w:cs="Times New Roman"/>
              </w:rPr>
            </w:pPr>
            <w:r w:rsidRPr="00A50E82">
              <w:rPr>
                <w:rFonts w:ascii="Segoe UI Symbol" w:hAnsi="Segoe UI Symbol" w:cs="Segoe UI Symbol"/>
              </w:rPr>
              <w:t>☐</w:t>
            </w:r>
            <w:r w:rsidRPr="00A50E82">
              <w:rPr>
                <w:rFonts w:ascii="Times New Roman" w:hAnsi="Times New Roman" w:cs="Times New Roman"/>
              </w:rPr>
              <w:t xml:space="preserve"> Good </w:t>
            </w:r>
          </w:p>
          <w:p w14:paraId="16D6B8E5" w14:textId="77777777" w:rsidR="006716B2" w:rsidRPr="00A50E82" w:rsidRDefault="006716B2" w:rsidP="00094C19">
            <w:pPr>
              <w:spacing w:after="0"/>
              <w:rPr>
                <w:rFonts w:ascii="Times New Roman" w:hAnsi="Times New Roman" w:cs="Times New Roman"/>
              </w:rPr>
            </w:pPr>
            <w:r w:rsidRPr="00A50E82">
              <w:rPr>
                <w:rFonts w:ascii="Segoe UI Symbol" w:hAnsi="Segoe UI Symbol" w:cs="Segoe UI Symbol"/>
              </w:rPr>
              <w:t>☐</w:t>
            </w:r>
            <w:r w:rsidRPr="00A50E82">
              <w:rPr>
                <w:rFonts w:ascii="Times New Roman" w:hAnsi="Times New Roman" w:cs="Times New Roman"/>
              </w:rPr>
              <w:t xml:space="preserve"> Satisfactory </w:t>
            </w:r>
          </w:p>
          <w:p w14:paraId="682EBE7F" w14:textId="467FD9F8" w:rsidR="00C55E86" w:rsidRPr="00A50E82" w:rsidRDefault="006716B2" w:rsidP="00094C19">
            <w:pPr>
              <w:spacing w:after="0"/>
              <w:rPr>
                <w:rFonts w:ascii="Times New Roman" w:hAnsi="Times New Roman" w:cs="Times New Roman"/>
              </w:rPr>
            </w:pPr>
            <w:r w:rsidRPr="00A50E82">
              <w:rPr>
                <w:rFonts w:ascii="Segoe UI Symbol" w:hAnsi="Segoe UI Symbol" w:cs="Segoe UI Symbol"/>
              </w:rPr>
              <w:t>☐</w:t>
            </w:r>
            <w:r w:rsidRPr="00A50E82">
              <w:rPr>
                <w:rFonts w:ascii="Times New Roman" w:hAnsi="Times New Roman" w:cs="Times New Roman"/>
              </w:rPr>
              <w:t xml:space="preserve"> Needs Improvement</w:t>
            </w:r>
          </w:p>
        </w:tc>
      </w:tr>
      <w:tr w:rsidR="006716B2" w:rsidRPr="00A50E82" w14:paraId="5A3EF9AD" w14:textId="77777777" w:rsidTr="00094C19">
        <w:trPr>
          <w:trHeight w:val="694"/>
        </w:trPr>
        <w:tc>
          <w:tcPr>
            <w:tcW w:w="4636" w:type="dxa"/>
          </w:tcPr>
          <w:p w14:paraId="47CEF250" w14:textId="03823107" w:rsidR="00C55E86" w:rsidRPr="00A50E82" w:rsidRDefault="001013D7" w:rsidP="00094C19">
            <w:pPr>
              <w:spacing w:after="0"/>
              <w:rPr>
                <w:rFonts w:ascii="Times New Roman" w:hAnsi="Times New Roman" w:cs="Times New Roman"/>
              </w:rPr>
            </w:pPr>
            <w:r w:rsidRPr="00A50E82">
              <w:rPr>
                <w:rFonts w:ascii="Times New Roman" w:hAnsi="Times New Roman" w:cs="Times New Roman"/>
              </w:rPr>
              <w:t>Observations / Comments /</w:t>
            </w:r>
            <w:r w:rsidR="00F319E5" w:rsidRPr="00A50E82">
              <w:rPr>
                <w:rFonts w:ascii="Times New Roman" w:hAnsi="Times New Roman" w:cs="Times New Roman"/>
              </w:rPr>
              <w:t>Suggestions / Action Points</w:t>
            </w:r>
            <w:r w:rsidRPr="00A50E82">
              <w:rPr>
                <w:rFonts w:ascii="Times New Roman" w:hAnsi="Times New Roman" w:cs="Times New Roman"/>
              </w:rPr>
              <w:t xml:space="preserve"> by the Campus Minister</w:t>
            </w:r>
          </w:p>
        </w:tc>
        <w:tc>
          <w:tcPr>
            <w:tcW w:w="4670" w:type="dxa"/>
          </w:tcPr>
          <w:p w14:paraId="6932BB0E" w14:textId="77777777" w:rsidR="00C55E86" w:rsidRPr="00A50E82" w:rsidRDefault="00C55E86" w:rsidP="00094C1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716B2" w:rsidRPr="00A50E82" w14:paraId="21BF1D82" w14:textId="77777777" w:rsidTr="00094C19">
        <w:trPr>
          <w:trHeight w:val="338"/>
        </w:trPr>
        <w:tc>
          <w:tcPr>
            <w:tcW w:w="4636" w:type="dxa"/>
          </w:tcPr>
          <w:p w14:paraId="3CFD49C6" w14:textId="7A877C37" w:rsidR="00C55E86" w:rsidRPr="00A50E82" w:rsidRDefault="00F319E5" w:rsidP="00094C19">
            <w:pPr>
              <w:spacing w:after="0"/>
              <w:rPr>
                <w:rFonts w:ascii="Times New Roman" w:hAnsi="Times New Roman" w:cs="Times New Roman"/>
              </w:rPr>
            </w:pPr>
            <w:r w:rsidRPr="00A50E82">
              <w:rPr>
                <w:rFonts w:ascii="Times New Roman" w:hAnsi="Times New Roman" w:cs="Times New Roman"/>
              </w:rPr>
              <w:t xml:space="preserve">Signature of Campus Minister </w:t>
            </w:r>
            <w:r w:rsidR="001013D7" w:rsidRPr="00A50E82">
              <w:rPr>
                <w:rFonts w:ascii="Times New Roman" w:hAnsi="Times New Roman" w:cs="Times New Roman"/>
              </w:rPr>
              <w:t xml:space="preserve">with </w:t>
            </w:r>
            <w:r w:rsidRPr="00A50E82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4670" w:type="dxa"/>
          </w:tcPr>
          <w:p w14:paraId="5C04084B" w14:textId="77777777" w:rsidR="00C55E86" w:rsidRPr="00A50E82" w:rsidRDefault="00C55E86" w:rsidP="00094C1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013D7" w:rsidRPr="00A50E82" w14:paraId="4CDCB70E" w14:textId="77777777" w:rsidTr="00094C19">
        <w:trPr>
          <w:trHeight w:val="338"/>
        </w:trPr>
        <w:tc>
          <w:tcPr>
            <w:tcW w:w="4636" w:type="dxa"/>
          </w:tcPr>
          <w:p w14:paraId="2378A21F" w14:textId="79F586FE" w:rsidR="001013D7" w:rsidRPr="00A50E82" w:rsidRDefault="001013D7" w:rsidP="00094C19">
            <w:pPr>
              <w:spacing w:after="0"/>
              <w:rPr>
                <w:rFonts w:ascii="Times New Roman" w:hAnsi="Times New Roman" w:cs="Times New Roman"/>
              </w:rPr>
            </w:pPr>
            <w:r w:rsidRPr="00A50E82">
              <w:rPr>
                <w:rFonts w:ascii="Times New Roman" w:hAnsi="Times New Roman" w:cs="Times New Roman"/>
              </w:rPr>
              <w:t>Signature of the Principal with Date</w:t>
            </w:r>
          </w:p>
        </w:tc>
        <w:tc>
          <w:tcPr>
            <w:tcW w:w="4670" w:type="dxa"/>
          </w:tcPr>
          <w:p w14:paraId="65F04039" w14:textId="77777777" w:rsidR="001013D7" w:rsidRPr="00A50E82" w:rsidRDefault="001013D7" w:rsidP="00094C1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3BDBCC29" w14:textId="22622B6B" w:rsidR="00675EE2" w:rsidRPr="00A50E82" w:rsidRDefault="00675EE2" w:rsidP="00094C19">
      <w:pPr>
        <w:spacing w:after="0"/>
        <w:rPr>
          <w:rFonts w:ascii="Times New Roman" w:hAnsi="Times New Roman" w:cs="Times New Roman"/>
        </w:rPr>
      </w:pPr>
    </w:p>
    <w:p w14:paraId="2B286696" w14:textId="77777777" w:rsidR="00675EE2" w:rsidRPr="00A50E82" w:rsidRDefault="00675EE2" w:rsidP="00094C19">
      <w:pPr>
        <w:spacing w:after="0"/>
        <w:rPr>
          <w:rFonts w:ascii="Times New Roman" w:hAnsi="Times New Roman" w:cs="Times New Roman"/>
        </w:rPr>
      </w:pPr>
      <w:r w:rsidRPr="00A50E82">
        <w:rPr>
          <w:rFonts w:ascii="Times New Roman" w:hAnsi="Times New Roman" w:cs="Times New Roman"/>
        </w:rPr>
        <w:br w:type="page"/>
      </w:r>
    </w:p>
    <w:p w14:paraId="3F8FAB5C" w14:textId="37D270D9" w:rsidR="00675EE2" w:rsidRPr="00A50E82" w:rsidRDefault="00675EE2" w:rsidP="00094C19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en-IN"/>
        </w:rPr>
      </w:pPr>
      <w:r w:rsidRPr="00A50E82">
        <w:rPr>
          <w:rFonts w:ascii="Times New Roman" w:hAnsi="Times New Roman" w:cs="Times New Roman"/>
          <w:b/>
          <w:bCs/>
          <w:lang w:val="en-IN"/>
        </w:rPr>
        <w:lastRenderedPageBreak/>
        <w:t>PowerPoint Structure: Club Review Presentation</w:t>
      </w:r>
    </w:p>
    <w:p w14:paraId="05ADACFC" w14:textId="77777777" w:rsidR="00675EE2" w:rsidRPr="00A50E82" w:rsidRDefault="00675EE2" w:rsidP="00094C19">
      <w:pPr>
        <w:spacing w:after="0" w:line="360" w:lineRule="auto"/>
        <w:rPr>
          <w:rFonts w:ascii="Times New Roman" w:hAnsi="Times New Roman" w:cs="Times New Roman"/>
          <w:b/>
          <w:bCs/>
          <w:lang w:val="en-IN"/>
        </w:rPr>
      </w:pPr>
      <w:r w:rsidRPr="00A50E82">
        <w:rPr>
          <w:rFonts w:ascii="Times New Roman" w:hAnsi="Times New Roman" w:cs="Times New Roman"/>
          <w:b/>
          <w:bCs/>
          <w:lang w:val="en-IN"/>
        </w:rPr>
        <w:t>Slide 1: Title Slide</w:t>
      </w:r>
    </w:p>
    <w:p w14:paraId="72D1FABD" w14:textId="77777777" w:rsidR="00675EE2" w:rsidRPr="00A50E82" w:rsidRDefault="00675EE2" w:rsidP="00094C19">
      <w:pPr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A50E82">
        <w:rPr>
          <w:rFonts w:ascii="Times New Roman" w:hAnsi="Times New Roman" w:cs="Times New Roman"/>
          <w:b/>
          <w:bCs/>
          <w:lang w:val="en-IN"/>
        </w:rPr>
        <w:t>Title:</w:t>
      </w:r>
      <w:r w:rsidRPr="00A50E82">
        <w:rPr>
          <w:rFonts w:ascii="Times New Roman" w:hAnsi="Times New Roman" w:cs="Times New Roman"/>
          <w:lang w:val="en-IN"/>
        </w:rPr>
        <w:t xml:space="preserve"> Mid-Semester Review – [Name of the Club]</w:t>
      </w:r>
    </w:p>
    <w:p w14:paraId="7C8D1187" w14:textId="77777777" w:rsidR="00675EE2" w:rsidRPr="00A50E82" w:rsidRDefault="00675EE2" w:rsidP="00094C19">
      <w:pPr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A50E82">
        <w:rPr>
          <w:rFonts w:ascii="Times New Roman" w:hAnsi="Times New Roman" w:cs="Times New Roman"/>
          <w:b/>
          <w:bCs/>
          <w:lang w:val="en-IN"/>
        </w:rPr>
        <w:t>Subtitle:</w:t>
      </w:r>
      <w:r w:rsidRPr="00A50E82">
        <w:rPr>
          <w:rFonts w:ascii="Times New Roman" w:hAnsi="Times New Roman" w:cs="Times New Roman"/>
          <w:lang w:val="en-IN"/>
        </w:rPr>
        <w:t xml:space="preserve"> Don Bosco College, </w:t>
      </w:r>
      <w:proofErr w:type="spellStart"/>
      <w:r w:rsidRPr="00A50E82">
        <w:rPr>
          <w:rFonts w:ascii="Times New Roman" w:hAnsi="Times New Roman" w:cs="Times New Roman"/>
          <w:lang w:val="en-IN"/>
        </w:rPr>
        <w:t>Yelagiri</w:t>
      </w:r>
      <w:proofErr w:type="spellEnd"/>
      <w:r w:rsidRPr="00A50E82">
        <w:rPr>
          <w:rFonts w:ascii="Times New Roman" w:hAnsi="Times New Roman" w:cs="Times New Roman"/>
          <w:lang w:val="en-IN"/>
        </w:rPr>
        <w:t xml:space="preserve"> Hills</w:t>
      </w:r>
    </w:p>
    <w:p w14:paraId="4AE66566" w14:textId="77777777" w:rsidR="00675EE2" w:rsidRPr="00A50E82" w:rsidRDefault="00675EE2" w:rsidP="00094C19">
      <w:pPr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A50E82">
        <w:rPr>
          <w:rFonts w:ascii="Times New Roman" w:hAnsi="Times New Roman" w:cs="Times New Roman"/>
          <w:b/>
          <w:bCs/>
          <w:lang w:val="en-IN"/>
        </w:rPr>
        <w:t>Presented by:</w:t>
      </w:r>
      <w:r w:rsidRPr="00A50E82">
        <w:rPr>
          <w:rFonts w:ascii="Times New Roman" w:hAnsi="Times New Roman" w:cs="Times New Roman"/>
          <w:lang w:val="en-IN"/>
        </w:rPr>
        <w:t xml:space="preserve"> [Animator’s Name] &amp; [Co-Animator’s Name]</w:t>
      </w:r>
    </w:p>
    <w:p w14:paraId="03CCCF8D" w14:textId="77777777" w:rsidR="00675EE2" w:rsidRPr="00A50E82" w:rsidRDefault="00675EE2" w:rsidP="00094C19">
      <w:pPr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A50E82">
        <w:rPr>
          <w:rFonts w:ascii="Times New Roman" w:hAnsi="Times New Roman" w:cs="Times New Roman"/>
          <w:b/>
          <w:bCs/>
          <w:lang w:val="en-IN"/>
        </w:rPr>
        <w:t>Semester:</w:t>
      </w:r>
      <w:r w:rsidRPr="00A50E82">
        <w:rPr>
          <w:rFonts w:ascii="Times New Roman" w:hAnsi="Times New Roman" w:cs="Times New Roman"/>
          <w:lang w:val="en-IN"/>
        </w:rPr>
        <w:t xml:space="preserve"> Odd / Even – [Year]</w:t>
      </w:r>
    </w:p>
    <w:p w14:paraId="6343115D" w14:textId="52178A31" w:rsidR="00675EE2" w:rsidRPr="00A50E82" w:rsidRDefault="00675EE2" w:rsidP="00094C19">
      <w:pPr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A50E82">
        <w:rPr>
          <w:rFonts w:ascii="Times New Roman" w:hAnsi="Times New Roman" w:cs="Times New Roman"/>
          <w:lang w:val="en-IN"/>
        </w:rPr>
        <w:t>(Include the college logo and club logo)</w:t>
      </w:r>
    </w:p>
    <w:p w14:paraId="112D1B51" w14:textId="77777777" w:rsidR="00675EE2" w:rsidRPr="00A50E82" w:rsidRDefault="00675EE2" w:rsidP="00094C19">
      <w:pPr>
        <w:spacing w:after="0" w:line="360" w:lineRule="auto"/>
        <w:rPr>
          <w:rFonts w:ascii="Times New Roman" w:hAnsi="Times New Roman" w:cs="Times New Roman"/>
          <w:b/>
          <w:bCs/>
          <w:lang w:val="en-IN"/>
        </w:rPr>
      </w:pPr>
      <w:r w:rsidRPr="00A50E82">
        <w:rPr>
          <w:rFonts w:ascii="Times New Roman" w:hAnsi="Times New Roman" w:cs="Times New Roman"/>
          <w:b/>
          <w:bCs/>
          <w:lang w:val="en-IN"/>
        </w:rPr>
        <w:t>Slide 2: Overview of the Club</w:t>
      </w:r>
    </w:p>
    <w:p w14:paraId="0A7DA442" w14:textId="77777777" w:rsidR="00675EE2" w:rsidRPr="00A50E82" w:rsidRDefault="00675EE2" w:rsidP="00094C19">
      <w:pPr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A50E82">
        <w:rPr>
          <w:rFonts w:ascii="Times New Roman" w:hAnsi="Times New Roman" w:cs="Times New Roman"/>
          <w:lang w:val="en-IN"/>
        </w:rPr>
        <w:t>Club Name and Motto</w:t>
      </w:r>
    </w:p>
    <w:p w14:paraId="11132370" w14:textId="77777777" w:rsidR="00675EE2" w:rsidRPr="00A50E82" w:rsidRDefault="00675EE2" w:rsidP="00094C19">
      <w:pPr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A50E82">
        <w:rPr>
          <w:rFonts w:ascii="Times New Roman" w:hAnsi="Times New Roman" w:cs="Times New Roman"/>
          <w:lang w:val="en-IN"/>
        </w:rPr>
        <w:t>Animator &amp; Co-Animator</w:t>
      </w:r>
    </w:p>
    <w:p w14:paraId="264340A7" w14:textId="77777777" w:rsidR="00675EE2" w:rsidRPr="00A50E82" w:rsidRDefault="00675EE2" w:rsidP="00094C19">
      <w:pPr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A50E82">
        <w:rPr>
          <w:rFonts w:ascii="Times New Roman" w:hAnsi="Times New Roman" w:cs="Times New Roman"/>
          <w:lang w:val="en-IN"/>
        </w:rPr>
        <w:t>Student Office Bearers (President, Secretary, etc.)</w:t>
      </w:r>
    </w:p>
    <w:p w14:paraId="7D140CA6" w14:textId="77777777" w:rsidR="00675EE2" w:rsidRPr="00A50E82" w:rsidRDefault="00675EE2" w:rsidP="00094C19">
      <w:pPr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A50E82">
        <w:rPr>
          <w:rFonts w:ascii="Times New Roman" w:hAnsi="Times New Roman" w:cs="Times New Roman"/>
          <w:lang w:val="en-IN"/>
        </w:rPr>
        <w:t>Mission / Objectives of the Club</w:t>
      </w:r>
    </w:p>
    <w:p w14:paraId="05362F2C" w14:textId="77777777" w:rsidR="00675EE2" w:rsidRPr="00A50E82" w:rsidRDefault="00675EE2" w:rsidP="00094C19">
      <w:pPr>
        <w:spacing w:after="0" w:line="360" w:lineRule="auto"/>
        <w:rPr>
          <w:rFonts w:ascii="Times New Roman" w:hAnsi="Times New Roman" w:cs="Times New Roman"/>
          <w:lang w:val="en-IN"/>
        </w:rPr>
      </w:pPr>
      <w:r w:rsidRPr="00A50E82">
        <w:rPr>
          <w:rFonts w:ascii="Times New Roman" w:hAnsi="Times New Roman" w:cs="Times New Roman"/>
          <w:lang w:val="en-IN"/>
        </w:rPr>
        <w:t>(Tip: Use icons or simple visuals to make this slide engaging.)</w:t>
      </w:r>
    </w:p>
    <w:p w14:paraId="7A214846" w14:textId="77777777" w:rsidR="00675EE2" w:rsidRPr="00A50E82" w:rsidRDefault="00675EE2" w:rsidP="00094C19">
      <w:pPr>
        <w:spacing w:after="0" w:line="360" w:lineRule="auto"/>
        <w:rPr>
          <w:rFonts w:ascii="Times New Roman" w:hAnsi="Times New Roman" w:cs="Times New Roman"/>
          <w:b/>
          <w:bCs/>
          <w:lang w:val="en-IN"/>
        </w:rPr>
      </w:pPr>
      <w:r w:rsidRPr="00A50E82">
        <w:rPr>
          <w:rFonts w:ascii="Times New Roman" w:hAnsi="Times New Roman" w:cs="Times New Roman"/>
          <w:b/>
          <w:bCs/>
          <w:lang w:val="en-IN"/>
        </w:rPr>
        <w:t>Slide 3: Activities Conducted This Semester</w:t>
      </w:r>
    </w:p>
    <w:p w14:paraId="69DE9FEF" w14:textId="77777777" w:rsidR="00675EE2" w:rsidRPr="00A50E82" w:rsidRDefault="00675EE2" w:rsidP="00094C19">
      <w:pPr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A50E82">
        <w:rPr>
          <w:rFonts w:ascii="Times New Roman" w:hAnsi="Times New Roman" w:cs="Times New Roman"/>
          <w:lang w:val="en-IN"/>
        </w:rPr>
        <w:t>Table or bullet list summarizing 3–5 key activities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5"/>
        <w:gridCol w:w="1301"/>
        <w:gridCol w:w="965"/>
        <w:gridCol w:w="931"/>
      </w:tblGrid>
      <w:tr w:rsidR="00675EE2" w:rsidRPr="00A50E82" w14:paraId="207F3E7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CAA936E" w14:textId="77777777" w:rsidR="00675EE2" w:rsidRPr="00A50E82" w:rsidRDefault="00675EE2" w:rsidP="00094C19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lang w:val="en-IN"/>
              </w:rPr>
            </w:pPr>
            <w:r w:rsidRPr="00A50E82">
              <w:rPr>
                <w:rFonts w:ascii="Times New Roman" w:hAnsi="Times New Roman" w:cs="Times New Roman"/>
                <w:b/>
                <w:bCs/>
                <w:lang w:val="en-IN"/>
              </w:rPr>
              <w:t>Date</w:t>
            </w:r>
          </w:p>
        </w:tc>
        <w:tc>
          <w:tcPr>
            <w:tcW w:w="0" w:type="auto"/>
            <w:vAlign w:val="center"/>
            <w:hideMark/>
          </w:tcPr>
          <w:p w14:paraId="56E6A340" w14:textId="77777777" w:rsidR="00675EE2" w:rsidRPr="00A50E82" w:rsidRDefault="00675EE2" w:rsidP="00094C19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lang w:val="en-IN"/>
              </w:rPr>
            </w:pPr>
            <w:r w:rsidRPr="00A50E82">
              <w:rPr>
                <w:rFonts w:ascii="Times New Roman" w:hAnsi="Times New Roman" w:cs="Times New Roman"/>
                <w:b/>
                <w:bCs/>
                <w:lang w:val="en-IN"/>
              </w:rPr>
              <w:t>Activity Title</w:t>
            </w:r>
          </w:p>
        </w:tc>
        <w:tc>
          <w:tcPr>
            <w:tcW w:w="0" w:type="auto"/>
            <w:vAlign w:val="center"/>
            <w:hideMark/>
          </w:tcPr>
          <w:p w14:paraId="6911A23E" w14:textId="77777777" w:rsidR="00675EE2" w:rsidRPr="00A50E82" w:rsidRDefault="00675EE2" w:rsidP="00094C19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lang w:val="en-IN"/>
              </w:rPr>
            </w:pPr>
            <w:r w:rsidRPr="00A50E82">
              <w:rPr>
                <w:rFonts w:ascii="Times New Roman" w:hAnsi="Times New Roman" w:cs="Times New Roman"/>
                <w:b/>
                <w:bCs/>
                <w:lang w:val="en-IN"/>
              </w:rPr>
              <w:t>Objective</w:t>
            </w:r>
          </w:p>
        </w:tc>
        <w:tc>
          <w:tcPr>
            <w:tcW w:w="0" w:type="auto"/>
            <w:vAlign w:val="center"/>
            <w:hideMark/>
          </w:tcPr>
          <w:p w14:paraId="648A161D" w14:textId="77777777" w:rsidR="00675EE2" w:rsidRPr="00A50E82" w:rsidRDefault="00675EE2" w:rsidP="00094C19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lang w:val="en-IN"/>
              </w:rPr>
            </w:pPr>
            <w:r w:rsidRPr="00A50E82">
              <w:rPr>
                <w:rFonts w:ascii="Times New Roman" w:hAnsi="Times New Roman" w:cs="Times New Roman"/>
                <w:b/>
                <w:bCs/>
                <w:lang w:val="en-IN"/>
              </w:rPr>
              <w:t>Outcome</w:t>
            </w:r>
          </w:p>
        </w:tc>
      </w:tr>
    </w:tbl>
    <w:p w14:paraId="4C8C0C3C" w14:textId="46AC3BB4" w:rsidR="00675EE2" w:rsidRPr="00A50E82" w:rsidRDefault="00675EE2" w:rsidP="00094C19">
      <w:pPr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A50E82">
        <w:rPr>
          <w:rFonts w:ascii="Times New Roman" w:hAnsi="Times New Roman" w:cs="Times New Roman"/>
          <w:lang w:val="en-IN"/>
        </w:rPr>
        <w:t>Highlight one or two photos.</w:t>
      </w:r>
    </w:p>
    <w:p w14:paraId="33BE2BB2" w14:textId="77777777" w:rsidR="00675EE2" w:rsidRPr="00A50E82" w:rsidRDefault="00675EE2" w:rsidP="00094C19">
      <w:pPr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A50E82">
        <w:rPr>
          <w:rFonts w:ascii="Times New Roman" w:hAnsi="Times New Roman" w:cs="Times New Roman"/>
          <w:lang w:val="en-IN"/>
        </w:rPr>
        <w:t xml:space="preserve">End with a short statement on </w:t>
      </w:r>
      <w:r w:rsidRPr="00A50E82">
        <w:rPr>
          <w:rFonts w:ascii="Times New Roman" w:hAnsi="Times New Roman" w:cs="Times New Roman"/>
          <w:b/>
          <w:bCs/>
          <w:lang w:val="en-IN"/>
        </w:rPr>
        <w:t>impact or participation</w:t>
      </w:r>
      <w:r w:rsidRPr="00A50E82">
        <w:rPr>
          <w:rFonts w:ascii="Times New Roman" w:hAnsi="Times New Roman" w:cs="Times New Roman"/>
          <w:lang w:val="en-IN"/>
        </w:rPr>
        <w:t>.</w:t>
      </w:r>
    </w:p>
    <w:p w14:paraId="6EBF9671" w14:textId="77777777" w:rsidR="00675EE2" w:rsidRPr="00A50E82" w:rsidRDefault="00675EE2" w:rsidP="00094C19">
      <w:pPr>
        <w:spacing w:after="0" w:line="360" w:lineRule="auto"/>
        <w:rPr>
          <w:rFonts w:ascii="Times New Roman" w:hAnsi="Times New Roman" w:cs="Times New Roman"/>
          <w:b/>
          <w:bCs/>
          <w:lang w:val="en-IN"/>
        </w:rPr>
      </w:pPr>
      <w:r w:rsidRPr="00A50E82">
        <w:rPr>
          <w:rFonts w:ascii="Times New Roman" w:hAnsi="Times New Roman" w:cs="Times New Roman"/>
          <w:b/>
          <w:bCs/>
          <w:lang w:val="en-IN"/>
        </w:rPr>
        <w:t>Slide 4: Highlights / Best Moments</w:t>
      </w:r>
    </w:p>
    <w:p w14:paraId="46FB604A" w14:textId="77777777" w:rsidR="00675EE2" w:rsidRPr="00A50E82" w:rsidRDefault="00675EE2" w:rsidP="00094C19">
      <w:pPr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A50E82">
        <w:rPr>
          <w:rFonts w:ascii="Times New Roman" w:hAnsi="Times New Roman" w:cs="Times New Roman"/>
          <w:lang w:val="en-IN"/>
        </w:rPr>
        <w:t>Showcase best achievements or impactful moments</w:t>
      </w:r>
    </w:p>
    <w:p w14:paraId="34A9DECF" w14:textId="77777777" w:rsidR="00675EE2" w:rsidRPr="00A50E82" w:rsidRDefault="00675EE2" w:rsidP="00094C19">
      <w:pPr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A50E82">
        <w:rPr>
          <w:rFonts w:ascii="Times New Roman" w:hAnsi="Times New Roman" w:cs="Times New Roman"/>
          <w:lang w:val="en-IN"/>
        </w:rPr>
        <w:t>Include 2–3 photos or quotes/testimonials from students.</w:t>
      </w:r>
    </w:p>
    <w:p w14:paraId="73D58290" w14:textId="77777777" w:rsidR="00675EE2" w:rsidRPr="00A50E82" w:rsidRDefault="00675EE2" w:rsidP="00094C19">
      <w:pPr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A50E82">
        <w:rPr>
          <w:rFonts w:ascii="Times New Roman" w:hAnsi="Times New Roman" w:cs="Times New Roman"/>
          <w:lang w:val="en-IN"/>
        </w:rPr>
        <w:t>Caption examples:</w:t>
      </w:r>
    </w:p>
    <w:p w14:paraId="60FEC692" w14:textId="77777777" w:rsidR="00675EE2" w:rsidRPr="00A50E82" w:rsidRDefault="00675EE2" w:rsidP="00094C19">
      <w:pPr>
        <w:numPr>
          <w:ilvl w:val="1"/>
          <w:numId w:val="13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A50E82">
        <w:rPr>
          <w:rFonts w:ascii="Times New Roman" w:hAnsi="Times New Roman" w:cs="Times New Roman"/>
          <w:lang w:val="en-IN"/>
        </w:rPr>
        <w:t>“Active participation from 120 students.”</w:t>
      </w:r>
    </w:p>
    <w:p w14:paraId="586AF6A5" w14:textId="0A6E18B6" w:rsidR="00244EA1" w:rsidRPr="00A50E82" w:rsidRDefault="00675EE2" w:rsidP="00094C19">
      <w:pPr>
        <w:numPr>
          <w:ilvl w:val="1"/>
          <w:numId w:val="13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A50E82">
        <w:rPr>
          <w:rFonts w:ascii="Times New Roman" w:hAnsi="Times New Roman" w:cs="Times New Roman"/>
          <w:lang w:val="en-IN"/>
        </w:rPr>
        <w:t>“Awareness program created great response.”</w:t>
      </w:r>
    </w:p>
    <w:p w14:paraId="43F79893" w14:textId="77777777" w:rsidR="00675EE2" w:rsidRPr="00A50E82" w:rsidRDefault="00675EE2" w:rsidP="00094C19">
      <w:pPr>
        <w:spacing w:after="0" w:line="360" w:lineRule="auto"/>
        <w:rPr>
          <w:rFonts w:ascii="Times New Roman" w:hAnsi="Times New Roman" w:cs="Times New Roman"/>
          <w:b/>
          <w:bCs/>
          <w:lang w:val="en-IN"/>
        </w:rPr>
      </w:pPr>
      <w:r w:rsidRPr="00A50E82">
        <w:rPr>
          <w:rFonts w:ascii="Times New Roman" w:hAnsi="Times New Roman" w:cs="Times New Roman"/>
          <w:b/>
          <w:bCs/>
          <w:lang w:val="en-IN"/>
        </w:rPr>
        <w:t>Slide 5: Activities Scheduled but Not Conducted</w:t>
      </w:r>
    </w:p>
    <w:p w14:paraId="0CA5278E" w14:textId="77777777" w:rsidR="00675EE2" w:rsidRPr="00A50E82" w:rsidRDefault="00675EE2" w:rsidP="00094C19">
      <w:pPr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A50E82">
        <w:rPr>
          <w:rFonts w:ascii="Times New Roman" w:hAnsi="Times New Roman" w:cs="Times New Roman"/>
          <w:lang w:val="en-IN"/>
        </w:rPr>
        <w:t>Brief table or list:</w:t>
      </w:r>
    </w:p>
    <w:p w14:paraId="36EB387F" w14:textId="77777777" w:rsidR="00675EE2" w:rsidRPr="00A50E82" w:rsidRDefault="00675EE2" w:rsidP="00094C19">
      <w:pPr>
        <w:numPr>
          <w:ilvl w:val="1"/>
          <w:numId w:val="14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A50E82">
        <w:rPr>
          <w:rFonts w:ascii="Times New Roman" w:hAnsi="Times New Roman" w:cs="Times New Roman"/>
          <w:lang w:val="en-IN"/>
        </w:rPr>
        <w:t>Planned activity</w:t>
      </w:r>
    </w:p>
    <w:p w14:paraId="78E325AB" w14:textId="77777777" w:rsidR="00675EE2" w:rsidRPr="00A50E82" w:rsidRDefault="00675EE2" w:rsidP="00094C19">
      <w:pPr>
        <w:numPr>
          <w:ilvl w:val="1"/>
          <w:numId w:val="14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A50E82">
        <w:rPr>
          <w:rFonts w:ascii="Times New Roman" w:hAnsi="Times New Roman" w:cs="Times New Roman"/>
          <w:lang w:val="en-IN"/>
        </w:rPr>
        <w:t>Reason for postponement</w:t>
      </w:r>
    </w:p>
    <w:p w14:paraId="3D29008A" w14:textId="77777777" w:rsidR="00675EE2" w:rsidRPr="00A50E82" w:rsidRDefault="00675EE2" w:rsidP="00094C19">
      <w:pPr>
        <w:numPr>
          <w:ilvl w:val="1"/>
          <w:numId w:val="14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A50E82">
        <w:rPr>
          <w:rFonts w:ascii="Times New Roman" w:hAnsi="Times New Roman" w:cs="Times New Roman"/>
          <w:lang w:val="en-IN"/>
        </w:rPr>
        <w:t>Whether rescheduled or merged</w:t>
      </w:r>
    </w:p>
    <w:p w14:paraId="69068BDE" w14:textId="77777777" w:rsidR="00675EE2" w:rsidRPr="00A50E82" w:rsidRDefault="00675EE2" w:rsidP="00094C19">
      <w:pPr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A50E82">
        <w:rPr>
          <w:rFonts w:ascii="Times New Roman" w:hAnsi="Times New Roman" w:cs="Times New Roman"/>
          <w:lang w:val="en-IN"/>
        </w:rPr>
        <w:t>End with: “All pending activities planned for completion next semester.”</w:t>
      </w:r>
    </w:p>
    <w:p w14:paraId="546CA6B1" w14:textId="77777777" w:rsidR="00675EE2" w:rsidRPr="00A50E82" w:rsidRDefault="00675EE2" w:rsidP="00094C19">
      <w:pPr>
        <w:spacing w:after="0" w:line="360" w:lineRule="auto"/>
        <w:rPr>
          <w:rFonts w:ascii="Times New Roman" w:hAnsi="Times New Roman" w:cs="Times New Roman"/>
          <w:b/>
          <w:bCs/>
          <w:lang w:val="en-IN"/>
        </w:rPr>
      </w:pPr>
      <w:r w:rsidRPr="00A50E82">
        <w:rPr>
          <w:rFonts w:ascii="Times New Roman" w:hAnsi="Times New Roman" w:cs="Times New Roman"/>
          <w:b/>
          <w:bCs/>
          <w:lang w:val="en-IN"/>
        </w:rPr>
        <w:t>Slide 6: Activities Planned for the Upcoming Semester</w:t>
      </w:r>
    </w:p>
    <w:p w14:paraId="6743B601" w14:textId="77777777" w:rsidR="00675EE2" w:rsidRPr="00A50E82" w:rsidRDefault="00675EE2" w:rsidP="00094C19">
      <w:pPr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A50E82">
        <w:rPr>
          <w:rFonts w:ascii="Times New Roman" w:hAnsi="Times New Roman" w:cs="Times New Roman"/>
          <w:lang w:val="en-IN"/>
        </w:rPr>
        <w:t>3–4 key upcoming initiatives</w:t>
      </w:r>
    </w:p>
    <w:p w14:paraId="2BAA3F2C" w14:textId="77777777" w:rsidR="00675EE2" w:rsidRPr="00A50E82" w:rsidRDefault="00675EE2" w:rsidP="00094C19">
      <w:pPr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A50E82">
        <w:rPr>
          <w:rFonts w:ascii="Times New Roman" w:hAnsi="Times New Roman" w:cs="Times New Roman"/>
          <w:lang w:val="en-IN"/>
        </w:rPr>
        <w:t>Include objective, proposed month, and lead student teams</w:t>
      </w:r>
    </w:p>
    <w:p w14:paraId="3D4649A9" w14:textId="77777777" w:rsidR="00675EE2" w:rsidRPr="00A50E82" w:rsidRDefault="00675EE2" w:rsidP="00094C19">
      <w:pPr>
        <w:numPr>
          <w:ilvl w:val="1"/>
          <w:numId w:val="15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A50E82">
        <w:rPr>
          <w:rFonts w:ascii="Times New Roman" w:hAnsi="Times New Roman" w:cs="Times New Roman"/>
          <w:lang w:val="en-IN"/>
        </w:rPr>
        <w:t>Example: “Inter-Departmental Quiz – January 2026 – Led by Student Council.”</w:t>
      </w:r>
    </w:p>
    <w:p w14:paraId="181E4BD6" w14:textId="77777777" w:rsidR="00675EE2" w:rsidRPr="00A50E82" w:rsidRDefault="00675EE2" w:rsidP="00094C19">
      <w:pPr>
        <w:spacing w:after="0" w:line="360" w:lineRule="auto"/>
        <w:rPr>
          <w:rFonts w:ascii="Times New Roman" w:hAnsi="Times New Roman" w:cs="Times New Roman"/>
          <w:b/>
          <w:bCs/>
          <w:lang w:val="en-IN"/>
        </w:rPr>
      </w:pPr>
      <w:r w:rsidRPr="00A50E82">
        <w:rPr>
          <w:rFonts w:ascii="Times New Roman" w:hAnsi="Times New Roman" w:cs="Times New Roman"/>
          <w:b/>
          <w:bCs/>
          <w:lang w:val="en-IN"/>
        </w:rPr>
        <w:t>Slide 7: Evaluation Summary</w:t>
      </w:r>
    </w:p>
    <w:p w14:paraId="5D500D82" w14:textId="7E7E8074" w:rsidR="00675EE2" w:rsidRPr="00A50E82" w:rsidRDefault="00675EE2" w:rsidP="00094C19">
      <w:pPr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A50E82">
        <w:rPr>
          <w:rFonts w:ascii="Times New Roman" w:hAnsi="Times New Roman" w:cs="Times New Roman"/>
          <w:lang w:val="en-IN"/>
        </w:rPr>
        <w:t xml:space="preserve">Display the evaluation in short points or a visual chart </w:t>
      </w:r>
      <w:proofErr w:type="gramStart"/>
      <w:r w:rsidR="000D4B64" w:rsidRPr="00A50E82">
        <w:rPr>
          <w:rFonts w:ascii="Times New Roman" w:hAnsi="Times New Roman" w:cs="Times New Roman"/>
          <w:lang w:val="en-IN"/>
        </w:rPr>
        <w:t>( bar</w:t>
      </w:r>
      <w:proofErr w:type="gramEnd"/>
      <w:r w:rsidR="000D4B64" w:rsidRPr="00A50E82">
        <w:rPr>
          <w:rFonts w:ascii="Times New Roman" w:hAnsi="Times New Roman" w:cs="Times New Roman"/>
          <w:lang w:val="en-IN"/>
        </w:rPr>
        <w:t xml:space="preserve"> chart)</w:t>
      </w:r>
    </w:p>
    <w:p w14:paraId="632319FA" w14:textId="5612CE43" w:rsidR="00675EE2" w:rsidRPr="00A50E82" w:rsidRDefault="00675EE2" w:rsidP="00094C19">
      <w:pPr>
        <w:numPr>
          <w:ilvl w:val="1"/>
          <w:numId w:val="16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A50E82">
        <w:rPr>
          <w:rFonts w:ascii="Times New Roman" w:hAnsi="Times New Roman" w:cs="Times New Roman"/>
          <w:lang w:val="en-IN"/>
        </w:rPr>
        <w:t xml:space="preserve">Execution of planned activities </w:t>
      </w:r>
    </w:p>
    <w:p w14:paraId="54A87F49" w14:textId="63952ADE" w:rsidR="00675EE2" w:rsidRPr="00A50E82" w:rsidRDefault="00675EE2" w:rsidP="00094C19">
      <w:pPr>
        <w:numPr>
          <w:ilvl w:val="1"/>
          <w:numId w:val="16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A50E82">
        <w:rPr>
          <w:rFonts w:ascii="Times New Roman" w:hAnsi="Times New Roman" w:cs="Times New Roman"/>
          <w:lang w:val="en-IN"/>
        </w:rPr>
        <w:lastRenderedPageBreak/>
        <w:t xml:space="preserve">Student participation </w:t>
      </w:r>
    </w:p>
    <w:p w14:paraId="5F27E9D6" w14:textId="6C9A6D4C" w:rsidR="00675EE2" w:rsidRPr="00A50E82" w:rsidRDefault="00675EE2" w:rsidP="00094C19">
      <w:pPr>
        <w:numPr>
          <w:ilvl w:val="1"/>
          <w:numId w:val="16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A50E82">
        <w:rPr>
          <w:rFonts w:ascii="Times New Roman" w:hAnsi="Times New Roman" w:cs="Times New Roman"/>
          <w:lang w:val="en-IN"/>
        </w:rPr>
        <w:t xml:space="preserve">Documentation &amp; reporting </w:t>
      </w:r>
    </w:p>
    <w:p w14:paraId="19429A2D" w14:textId="7B5FF6F7" w:rsidR="00675EE2" w:rsidRPr="00A50E82" w:rsidRDefault="00675EE2" w:rsidP="00094C19">
      <w:pPr>
        <w:numPr>
          <w:ilvl w:val="1"/>
          <w:numId w:val="16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A50E82">
        <w:rPr>
          <w:rFonts w:ascii="Times New Roman" w:hAnsi="Times New Roman" w:cs="Times New Roman"/>
          <w:lang w:val="en-IN"/>
        </w:rPr>
        <w:t xml:space="preserve">Collaboration &amp; values </w:t>
      </w:r>
    </w:p>
    <w:p w14:paraId="2B216540" w14:textId="77777777" w:rsidR="00675EE2" w:rsidRPr="00A50E82" w:rsidRDefault="00675EE2" w:rsidP="00094C19">
      <w:pPr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A50E82">
        <w:rPr>
          <w:rFonts w:ascii="Times New Roman" w:hAnsi="Times New Roman" w:cs="Times New Roman"/>
          <w:lang w:val="en-IN"/>
        </w:rPr>
        <w:t>Use a rating bar or smiley icons for clarity.</w:t>
      </w:r>
    </w:p>
    <w:p w14:paraId="22659077" w14:textId="77777777" w:rsidR="00675EE2" w:rsidRPr="00A50E82" w:rsidRDefault="00675EE2" w:rsidP="00094C19">
      <w:pPr>
        <w:spacing w:after="0" w:line="360" w:lineRule="auto"/>
        <w:rPr>
          <w:rFonts w:ascii="Times New Roman" w:hAnsi="Times New Roman" w:cs="Times New Roman"/>
          <w:b/>
          <w:bCs/>
          <w:lang w:val="en-IN"/>
        </w:rPr>
      </w:pPr>
      <w:r w:rsidRPr="00A50E82">
        <w:rPr>
          <w:rFonts w:ascii="Times New Roman" w:hAnsi="Times New Roman" w:cs="Times New Roman"/>
          <w:b/>
          <w:bCs/>
          <w:lang w:val="en-IN"/>
        </w:rPr>
        <w:t>Slide 8: Reflections</w:t>
      </w:r>
    </w:p>
    <w:p w14:paraId="2D63FA93" w14:textId="77777777" w:rsidR="00675EE2" w:rsidRPr="00A50E82" w:rsidRDefault="00675EE2" w:rsidP="00094C19">
      <w:pPr>
        <w:numPr>
          <w:ilvl w:val="0"/>
          <w:numId w:val="17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A50E82">
        <w:rPr>
          <w:rFonts w:ascii="Times New Roman" w:hAnsi="Times New Roman" w:cs="Times New Roman"/>
          <w:lang w:val="en-IN"/>
        </w:rPr>
        <w:t>What went well</w:t>
      </w:r>
    </w:p>
    <w:p w14:paraId="6F90AEF8" w14:textId="77777777" w:rsidR="00675EE2" w:rsidRPr="00A50E82" w:rsidRDefault="00675EE2" w:rsidP="00094C19">
      <w:pPr>
        <w:numPr>
          <w:ilvl w:val="0"/>
          <w:numId w:val="17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A50E82">
        <w:rPr>
          <w:rFonts w:ascii="Times New Roman" w:hAnsi="Times New Roman" w:cs="Times New Roman"/>
          <w:lang w:val="en-IN"/>
        </w:rPr>
        <w:t>Challenges faced</w:t>
      </w:r>
    </w:p>
    <w:p w14:paraId="1C954A92" w14:textId="77777777" w:rsidR="00675EE2" w:rsidRPr="00A50E82" w:rsidRDefault="00675EE2" w:rsidP="00094C19">
      <w:pPr>
        <w:numPr>
          <w:ilvl w:val="0"/>
          <w:numId w:val="17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A50E82">
        <w:rPr>
          <w:rFonts w:ascii="Times New Roman" w:hAnsi="Times New Roman" w:cs="Times New Roman"/>
          <w:lang w:val="en-IN"/>
        </w:rPr>
        <w:t>Key learnings from the semester</w:t>
      </w:r>
      <w:r w:rsidRPr="00A50E82">
        <w:rPr>
          <w:rFonts w:ascii="Times New Roman" w:hAnsi="Times New Roman" w:cs="Times New Roman"/>
          <w:lang w:val="en-IN"/>
        </w:rPr>
        <w:br/>
        <w:t>(Use 3 short bullet points each — concise, reflective tone.)</w:t>
      </w:r>
    </w:p>
    <w:p w14:paraId="7828301F" w14:textId="77777777" w:rsidR="00675EE2" w:rsidRPr="00A50E82" w:rsidRDefault="00675EE2" w:rsidP="00094C19">
      <w:pPr>
        <w:spacing w:after="0" w:line="360" w:lineRule="auto"/>
        <w:rPr>
          <w:rFonts w:ascii="Times New Roman" w:hAnsi="Times New Roman" w:cs="Times New Roman"/>
          <w:b/>
          <w:bCs/>
          <w:lang w:val="en-IN"/>
        </w:rPr>
      </w:pPr>
      <w:r w:rsidRPr="00A50E82">
        <w:rPr>
          <w:rFonts w:ascii="Times New Roman" w:hAnsi="Times New Roman" w:cs="Times New Roman"/>
          <w:b/>
          <w:bCs/>
          <w:lang w:val="en-IN"/>
        </w:rPr>
        <w:t>Slide 9: Observations &amp; Summary</w:t>
      </w:r>
    </w:p>
    <w:p w14:paraId="38CB0C2C" w14:textId="77777777" w:rsidR="00675EE2" w:rsidRPr="00A50E82" w:rsidRDefault="00675EE2" w:rsidP="00094C19">
      <w:pPr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A50E82">
        <w:rPr>
          <w:rFonts w:ascii="Times New Roman" w:hAnsi="Times New Roman" w:cs="Times New Roman"/>
          <w:lang w:val="en-IN"/>
        </w:rPr>
        <w:t>Animator &amp; Co-Animator’s key observations</w:t>
      </w:r>
    </w:p>
    <w:p w14:paraId="609ED803" w14:textId="77777777" w:rsidR="00675EE2" w:rsidRPr="00A50E82" w:rsidRDefault="00675EE2" w:rsidP="00094C19">
      <w:pPr>
        <w:numPr>
          <w:ilvl w:val="1"/>
          <w:numId w:val="18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A50E82">
        <w:rPr>
          <w:rFonts w:ascii="Times New Roman" w:hAnsi="Times New Roman" w:cs="Times New Roman"/>
          <w:lang w:val="en-IN"/>
        </w:rPr>
        <w:t>Achievements</w:t>
      </w:r>
    </w:p>
    <w:p w14:paraId="48D1D7BC" w14:textId="77777777" w:rsidR="00675EE2" w:rsidRPr="00A50E82" w:rsidRDefault="00675EE2" w:rsidP="00094C19">
      <w:pPr>
        <w:numPr>
          <w:ilvl w:val="1"/>
          <w:numId w:val="18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A50E82">
        <w:rPr>
          <w:rFonts w:ascii="Times New Roman" w:hAnsi="Times New Roman" w:cs="Times New Roman"/>
          <w:lang w:val="en-IN"/>
        </w:rPr>
        <w:t>Challenges</w:t>
      </w:r>
    </w:p>
    <w:p w14:paraId="354E2FAC" w14:textId="77777777" w:rsidR="00675EE2" w:rsidRPr="00A50E82" w:rsidRDefault="00675EE2" w:rsidP="00094C19">
      <w:pPr>
        <w:numPr>
          <w:ilvl w:val="1"/>
          <w:numId w:val="18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A50E82">
        <w:rPr>
          <w:rFonts w:ascii="Times New Roman" w:hAnsi="Times New Roman" w:cs="Times New Roman"/>
          <w:lang w:val="en-IN"/>
        </w:rPr>
        <w:t>Support required</w:t>
      </w:r>
    </w:p>
    <w:p w14:paraId="1387B44D" w14:textId="77777777" w:rsidR="00675EE2" w:rsidRPr="00A50E82" w:rsidRDefault="00675EE2" w:rsidP="00094C19">
      <w:pPr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A50E82">
        <w:rPr>
          <w:rFonts w:ascii="Times New Roman" w:hAnsi="Times New Roman" w:cs="Times New Roman"/>
          <w:lang w:val="en-IN"/>
        </w:rPr>
        <w:t>Conclude with:</w:t>
      </w:r>
    </w:p>
    <w:p w14:paraId="581CA724" w14:textId="77777777" w:rsidR="00675EE2" w:rsidRPr="00A50E82" w:rsidRDefault="00675EE2" w:rsidP="00094C19">
      <w:pPr>
        <w:numPr>
          <w:ilvl w:val="1"/>
          <w:numId w:val="18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A50E82">
        <w:rPr>
          <w:rFonts w:ascii="Times New Roman" w:hAnsi="Times New Roman" w:cs="Times New Roman"/>
          <w:lang w:val="en-IN"/>
        </w:rPr>
        <w:t>“The club has been active and aligned with Bosco values.”</w:t>
      </w:r>
    </w:p>
    <w:p w14:paraId="1835A6DC" w14:textId="77777777" w:rsidR="00675EE2" w:rsidRPr="00A50E82" w:rsidRDefault="00675EE2" w:rsidP="00094C19">
      <w:pPr>
        <w:spacing w:after="0" w:line="360" w:lineRule="auto"/>
        <w:rPr>
          <w:rFonts w:ascii="Times New Roman" w:hAnsi="Times New Roman" w:cs="Times New Roman"/>
          <w:b/>
          <w:bCs/>
          <w:lang w:val="en-IN"/>
        </w:rPr>
      </w:pPr>
      <w:r w:rsidRPr="00A50E82">
        <w:rPr>
          <w:rFonts w:ascii="Times New Roman" w:hAnsi="Times New Roman" w:cs="Times New Roman"/>
          <w:b/>
          <w:bCs/>
          <w:lang w:val="en-IN"/>
        </w:rPr>
        <w:t>Slide 10: Way Forward / Closing Slide</w:t>
      </w:r>
    </w:p>
    <w:p w14:paraId="5D4F0A41" w14:textId="77777777" w:rsidR="00675EE2" w:rsidRPr="00A50E82" w:rsidRDefault="00675EE2" w:rsidP="00094C19">
      <w:pPr>
        <w:numPr>
          <w:ilvl w:val="0"/>
          <w:numId w:val="19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A50E82">
        <w:rPr>
          <w:rFonts w:ascii="Times New Roman" w:hAnsi="Times New Roman" w:cs="Times New Roman"/>
          <w:lang w:val="en-IN"/>
        </w:rPr>
        <w:t>Focus areas for next semester</w:t>
      </w:r>
    </w:p>
    <w:p w14:paraId="3C4952A1" w14:textId="77777777" w:rsidR="00675EE2" w:rsidRPr="00A50E82" w:rsidRDefault="00675EE2" w:rsidP="00094C19">
      <w:pPr>
        <w:numPr>
          <w:ilvl w:val="0"/>
          <w:numId w:val="19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A50E82">
        <w:rPr>
          <w:rFonts w:ascii="Times New Roman" w:hAnsi="Times New Roman" w:cs="Times New Roman"/>
          <w:lang w:val="en-IN"/>
        </w:rPr>
        <w:t>Message to the members</w:t>
      </w:r>
    </w:p>
    <w:p w14:paraId="63F3BD5B" w14:textId="77777777" w:rsidR="00675EE2" w:rsidRPr="00A50E82" w:rsidRDefault="00675EE2" w:rsidP="00094C19">
      <w:pPr>
        <w:numPr>
          <w:ilvl w:val="0"/>
          <w:numId w:val="19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A50E82">
        <w:rPr>
          <w:rFonts w:ascii="Times New Roman" w:hAnsi="Times New Roman" w:cs="Times New Roman"/>
          <w:lang w:val="en-IN"/>
        </w:rPr>
        <w:t xml:space="preserve">Thank the </w:t>
      </w:r>
      <w:r w:rsidRPr="00A50E82">
        <w:rPr>
          <w:rFonts w:ascii="Times New Roman" w:hAnsi="Times New Roman" w:cs="Times New Roman"/>
          <w:b/>
          <w:bCs/>
          <w:lang w:val="en-IN"/>
        </w:rPr>
        <w:t>Campus Minister and Principal</w:t>
      </w:r>
      <w:r w:rsidRPr="00A50E82">
        <w:rPr>
          <w:rFonts w:ascii="Times New Roman" w:hAnsi="Times New Roman" w:cs="Times New Roman"/>
          <w:lang w:val="en-IN"/>
        </w:rPr>
        <w:t xml:space="preserve"> for support</w:t>
      </w:r>
    </w:p>
    <w:p w14:paraId="18B44838" w14:textId="77777777" w:rsidR="00675EE2" w:rsidRPr="00A50E82" w:rsidRDefault="00675EE2" w:rsidP="00094C19">
      <w:pPr>
        <w:numPr>
          <w:ilvl w:val="0"/>
          <w:numId w:val="19"/>
        </w:numPr>
        <w:spacing w:after="0" w:line="360" w:lineRule="auto"/>
        <w:rPr>
          <w:rFonts w:ascii="Times New Roman" w:hAnsi="Times New Roman" w:cs="Times New Roman"/>
          <w:lang w:val="en-IN"/>
        </w:rPr>
      </w:pPr>
      <w:r w:rsidRPr="00A50E82">
        <w:rPr>
          <w:rFonts w:ascii="Times New Roman" w:hAnsi="Times New Roman" w:cs="Times New Roman"/>
          <w:lang w:val="en-IN"/>
        </w:rPr>
        <w:t>Add a “Together we grow – Bosco Spirit” quote or tagline.</w:t>
      </w:r>
    </w:p>
    <w:p w14:paraId="778AC987" w14:textId="77777777" w:rsidR="00110531" w:rsidRDefault="00110531" w:rsidP="00094C19">
      <w:pPr>
        <w:spacing w:after="0" w:line="360" w:lineRule="auto"/>
        <w:rPr>
          <w:rFonts w:ascii="Times New Roman" w:hAnsi="Times New Roman" w:cs="Times New Roman"/>
        </w:rPr>
      </w:pPr>
    </w:p>
    <w:p w14:paraId="601C4545" w14:textId="77777777" w:rsidR="00D7003A" w:rsidRDefault="00D7003A" w:rsidP="00094C19">
      <w:pPr>
        <w:spacing w:after="0" w:line="360" w:lineRule="auto"/>
        <w:rPr>
          <w:rFonts w:ascii="Times New Roman" w:hAnsi="Times New Roman" w:cs="Times New Roman"/>
        </w:rPr>
      </w:pPr>
    </w:p>
    <w:p w14:paraId="33E7D291" w14:textId="77777777" w:rsidR="00D7003A" w:rsidRDefault="00D7003A" w:rsidP="00094C19">
      <w:pPr>
        <w:spacing w:after="0" w:line="360" w:lineRule="auto"/>
        <w:rPr>
          <w:rFonts w:ascii="Times New Roman" w:hAnsi="Times New Roman" w:cs="Times New Roman"/>
        </w:rPr>
      </w:pPr>
    </w:p>
    <w:p w14:paraId="2BCAB5BE" w14:textId="77777777" w:rsidR="00D7003A" w:rsidRDefault="00D7003A" w:rsidP="00094C19">
      <w:pPr>
        <w:spacing w:after="0" w:line="360" w:lineRule="auto"/>
        <w:rPr>
          <w:rFonts w:ascii="Times New Roman" w:hAnsi="Times New Roman" w:cs="Times New Roman"/>
        </w:rPr>
      </w:pPr>
    </w:p>
    <w:p w14:paraId="2C742182" w14:textId="77777777" w:rsidR="00D7003A" w:rsidRPr="00A50E82" w:rsidRDefault="00D7003A" w:rsidP="00094C19">
      <w:pPr>
        <w:spacing w:after="0" w:line="360" w:lineRule="auto"/>
        <w:rPr>
          <w:rFonts w:ascii="Times New Roman" w:hAnsi="Times New Roman" w:cs="Times New Roman"/>
        </w:rPr>
      </w:pPr>
    </w:p>
    <w:tbl>
      <w:tblPr>
        <w:tblW w:w="8779" w:type="dxa"/>
        <w:tblLook w:val="04A0" w:firstRow="1" w:lastRow="0" w:firstColumn="1" w:lastColumn="0" w:noHBand="0" w:noVBand="1"/>
      </w:tblPr>
      <w:tblGrid>
        <w:gridCol w:w="1323"/>
        <w:gridCol w:w="5897"/>
        <w:gridCol w:w="1559"/>
      </w:tblGrid>
      <w:tr w:rsidR="001013D7" w:rsidRPr="00A50E82" w14:paraId="5796866A" w14:textId="77777777" w:rsidTr="001176CF">
        <w:trPr>
          <w:trHeight w:val="386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96640AD" w14:textId="77777777" w:rsidR="001013D7" w:rsidRPr="00A50E82" w:rsidRDefault="001013D7" w:rsidP="00094C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N"/>
              </w:rPr>
            </w:pPr>
            <w:r w:rsidRPr="00A50E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N"/>
              </w:rPr>
              <w:t>Task</w:t>
            </w:r>
          </w:p>
        </w:tc>
        <w:tc>
          <w:tcPr>
            <w:tcW w:w="5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2CBF96E" w14:textId="77777777" w:rsidR="001013D7" w:rsidRPr="00A50E82" w:rsidRDefault="001013D7" w:rsidP="00094C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N"/>
              </w:rPr>
            </w:pPr>
            <w:r w:rsidRPr="00A50E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N"/>
              </w:rPr>
              <w:t>Person Responsible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62C967F" w14:textId="77777777" w:rsidR="001013D7" w:rsidRPr="00A50E82" w:rsidRDefault="001013D7" w:rsidP="00094C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N"/>
              </w:rPr>
            </w:pPr>
            <w:r w:rsidRPr="00A50E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N"/>
              </w:rPr>
              <w:t>Date</w:t>
            </w:r>
          </w:p>
        </w:tc>
      </w:tr>
      <w:tr w:rsidR="001013D7" w:rsidRPr="00A50E82" w14:paraId="1FC8C0BD" w14:textId="77777777" w:rsidTr="001176CF">
        <w:trPr>
          <w:trHeight w:val="407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4AF8027" w14:textId="77777777" w:rsidR="001013D7" w:rsidRPr="00A50E82" w:rsidRDefault="001013D7" w:rsidP="0009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/>
              </w:rPr>
            </w:pPr>
            <w:r w:rsidRPr="00A50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/>
              </w:rPr>
              <w:t>Design and Preparation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F5C5DB8" w14:textId="77777777" w:rsidR="001013D7" w:rsidRPr="00A50E82" w:rsidRDefault="001013D7" w:rsidP="0009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/>
              </w:rPr>
            </w:pPr>
            <w:r w:rsidRPr="00A50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/>
              </w:rPr>
              <w:t>Dr. Ravi L.</w:t>
            </w:r>
          </w:p>
          <w:p w14:paraId="34841FF0" w14:textId="35842C78" w:rsidR="001013D7" w:rsidRPr="00A50E82" w:rsidRDefault="001013D7" w:rsidP="0009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/>
              </w:rPr>
            </w:pPr>
            <w:r w:rsidRPr="00A50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/>
              </w:rPr>
              <w:t>Principal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BCA0258" w14:textId="77777777" w:rsidR="001013D7" w:rsidRPr="00A50E82" w:rsidRDefault="001013D7" w:rsidP="0009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/>
              </w:rPr>
            </w:pPr>
            <w:r w:rsidRPr="00A50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/>
              </w:rPr>
              <w:t>Nov, 2025</w:t>
            </w:r>
          </w:p>
        </w:tc>
      </w:tr>
      <w:tr w:rsidR="001013D7" w:rsidRPr="00A50E82" w14:paraId="47596859" w14:textId="77777777" w:rsidTr="001176CF">
        <w:trPr>
          <w:trHeight w:val="645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396D32C" w14:textId="77777777" w:rsidR="001013D7" w:rsidRPr="00A50E82" w:rsidRDefault="001013D7" w:rsidP="0009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/>
              </w:rPr>
            </w:pPr>
            <w:r w:rsidRPr="00A50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/>
              </w:rPr>
              <w:t>First Review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551A50F" w14:textId="77777777" w:rsidR="001013D7" w:rsidRPr="00A50E82" w:rsidRDefault="001013D7" w:rsidP="0009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/>
              </w:rPr>
            </w:pPr>
            <w:r w:rsidRPr="00A50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/>
              </w:rPr>
              <w:t xml:space="preserve">Dr. Ravi L </w:t>
            </w:r>
          </w:p>
          <w:p w14:paraId="5E76EE54" w14:textId="3CC24EB1" w:rsidR="001013D7" w:rsidRPr="00A50E82" w:rsidRDefault="001013D7" w:rsidP="0009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/>
              </w:rPr>
            </w:pPr>
            <w:r w:rsidRPr="00A50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/>
              </w:rPr>
              <w:t>Principal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3A1F5A5" w14:textId="77777777" w:rsidR="001013D7" w:rsidRPr="00A50E82" w:rsidRDefault="001013D7" w:rsidP="0009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/>
              </w:rPr>
            </w:pPr>
            <w:r w:rsidRPr="00A50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/>
              </w:rPr>
              <w:t>Nov, 2025</w:t>
            </w:r>
          </w:p>
        </w:tc>
      </w:tr>
      <w:tr w:rsidR="001013D7" w:rsidRPr="00A50E82" w14:paraId="679F7683" w14:textId="77777777" w:rsidTr="001176CF">
        <w:trPr>
          <w:trHeight w:val="645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C04FB05" w14:textId="77777777" w:rsidR="001013D7" w:rsidRPr="00A50E82" w:rsidRDefault="001013D7" w:rsidP="0009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/>
              </w:rPr>
            </w:pPr>
            <w:r w:rsidRPr="00A50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/>
              </w:rPr>
              <w:t>Second Review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61EBCBD" w14:textId="77777777" w:rsidR="001013D7" w:rsidRPr="00A50E82" w:rsidRDefault="001013D7" w:rsidP="0009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/>
              </w:rPr>
            </w:pPr>
            <w:r w:rsidRPr="00A50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/>
              </w:rPr>
              <w:t>Dr. Ravi L.</w:t>
            </w:r>
          </w:p>
          <w:p w14:paraId="143B9B45" w14:textId="77777777" w:rsidR="001013D7" w:rsidRPr="00A50E82" w:rsidRDefault="001013D7" w:rsidP="0009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/>
              </w:rPr>
            </w:pPr>
            <w:r w:rsidRPr="00A50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/>
              </w:rPr>
              <w:t>Principal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DC05C3D" w14:textId="77777777" w:rsidR="001013D7" w:rsidRPr="00A50E82" w:rsidRDefault="001013D7" w:rsidP="0009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/>
              </w:rPr>
            </w:pPr>
            <w:r w:rsidRPr="00A50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/>
              </w:rPr>
              <w:t>Nov, 2026</w:t>
            </w:r>
          </w:p>
        </w:tc>
      </w:tr>
    </w:tbl>
    <w:p w14:paraId="6B925E12" w14:textId="77777777" w:rsidR="001013D7" w:rsidRPr="00A50E82" w:rsidRDefault="001013D7" w:rsidP="00094C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594C9E" w14:textId="77777777" w:rsidR="001013D7" w:rsidRPr="00A50E82" w:rsidRDefault="001013D7" w:rsidP="00094C19">
      <w:pPr>
        <w:spacing w:after="0" w:line="360" w:lineRule="auto"/>
        <w:rPr>
          <w:rFonts w:ascii="Times New Roman" w:hAnsi="Times New Roman" w:cs="Times New Roman"/>
        </w:rPr>
      </w:pPr>
    </w:p>
    <w:sectPr w:rsidR="001013D7" w:rsidRPr="00A50E82" w:rsidSect="00A50E82">
      <w:pgSz w:w="11906" w:h="16838" w:code="9"/>
      <w:pgMar w:top="993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864307"/>
    <w:multiLevelType w:val="multilevel"/>
    <w:tmpl w:val="434C3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D5562F"/>
    <w:multiLevelType w:val="multilevel"/>
    <w:tmpl w:val="33500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7D6877"/>
    <w:multiLevelType w:val="multilevel"/>
    <w:tmpl w:val="C2745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1C3E4A"/>
    <w:multiLevelType w:val="multilevel"/>
    <w:tmpl w:val="DF263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ED1F94"/>
    <w:multiLevelType w:val="multilevel"/>
    <w:tmpl w:val="4FF6F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2429FC"/>
    <w:multiLevelType w:val="multilevel"/>
    <w:tmpl w:val="ADA87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A43AE8"/>
    <w:multiLevelType w:val="multilevel"/>
    <w:tmpl w:val="06426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751A47"/>
    <w:multiLevelType w:val="multilevel"/>
    <w:tmpl w:val="9A287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C303DAB"/>
    <w:multiLevelType w:val="multilevel"/>
    <w:tmpl w:val="F66E5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01742C"/>
    <w:multiLevelType w:val="multilevel"/>
    <w:tmpl w:val="F7E0D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3465303">
    <w:abstractNumId w:val="8"/>
  </w:num>
  <w:num w:numId="2" w16cid:durableId="559097029">
    <w:abstractNumId w:val="6"/>
  </w:num>
  <w:num w:numId="3" w16cid:durableId="1851487350">
    <w:abstractNumId w:val="5"/>
  </w:num>
  <w:num w:numId="4" w16cid:durableId="788204017">
    <w:abstractNumId w:val="4"/>
  </w:num>
  <w:num w:numId="5" w16cid:durableId="387388514">
    <w:abstractNumId w:val="7"/>
  </w:num>
  <w:num w:numId="6" w16cid:durableId="1000735089">
    <w:abstractNumId w:val="3"/>
  </w:num>
  <w:num w:numId="7" w16cid:durableId="476799858">
    <w:abstractNumId w:val="2"/>
  </w:num>
  <w:num w:numId="8" w16cid:durableId="389621628">
    <w:abstractNumId w:val="1"/>
  </w:num>
  <w:num w:numId="9" w16cid:durableId="1854032415">
    <w:abstractNumId w:val="0"/>
  </w:num>
  <w:num w:numId="10" w16cid:durableId="1421876256">
    <w:abstractNumId w:val="9"/>
  </w:num>
  <w:num w:numId="11" w16cid:durableId="428428945">
    <w:abstractNumId w:val="15"/>
  </w:num>
  <w:num w:numId="12" w16cid:durableId="1201285949">
    <w:abstractNumId w:val="17"/>
  </w:num>
  <w:num w:numId="13" w16cid:durableId="350572047">
    <w:abstractNumId w:val="11"/>
  </w:num>
  <w:num w:numId="14" w16cid:durableId="1330403087">
    <w:abstractNumId w:val="16"/>
  </w:num>
  <w:num w:numId="15" w16cid:durableId="824277597">
    <w:abstractNumId w:val="18"/>
  </w:num>
  <w:num w:numId="16" w16cid:durableId="318315369">
    <w:abstractNumId w:val="12"/>
  </w:num>
  <w:num w:numId="17" w16cid:durableId="1354720166">
    <w:abstractNumId w:val="14"/>
  </w:num>
  <w:num w:numId="18" w16cid:durableId="199056577">
    <w:abstractNumId w:val="13"/>
  </w:num>
  <w:num w:numId="19" w16cid:durableId="10736947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4C19"/>
    <w:rsid w:val="000A11C6"/>
    <w:rsid w:val="000C3FC0"/>
    <w:rsid w:val="000C7F94"/>
    <w:rsid w:val="000D4B64"/>
    <w:rsid w:val="000E5B56"/>
    <w:rsid w:val="001013D7"/>
    <w:rsid w:val="00110531"/>
    <w:rsid w:val="0015074B"/>
    <w:rsid w:val="00244EA1"/>
    <w:rsid w:val="0029639D"/>
    <w:rsid w:val="00326F90"/>
    <w:rsid w:val="003F67CA"/>
    <w:rsid w:val="00551874"/>
    <w:rsid w:val="005D3FA6"/>
    <w:rsid w:val="006716B2"/>
    <w:rsid w:val="00675EE2"/>
    <w:rsid w:val="00694FE0"/>
    <w:rsid w:val="006A2613"/>
    <w:rsid w:val="00A077BC"/>
    <w:rsid w:val="00A21BC6"/>
    <w:rsid w:val="00A34B04"/>
    <w:rsid w:val="00A50E82"/>
    <w:rsid w:val="00A518F3"/>
    <w:rsid w:val="00A77A2B"/>
    <w:rsid w:val="00AA1D8D"/>
    <w:rsid w:val="00B47730"/>
    <w:rsid w:val="00BF4D59"/>
    <w:rsid w:val="00C55E86"/>
    <w:rsid w:val="00CB0664"/>
    <w:rsid w:val="00D7003A"/>
    <w:rsid w:val="00F319E5"/>
    <w:rsid w:val="00F54D2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AA2021"/>
  <w14:defaultImageDpi w14:val="300"/>
  <w15:docId w15:val="{475911F2-567A-492D-96E1-BFC0667A7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13D7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10A4262-4296-4BA2-9A38-A8252FAEC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S0336213</cp:lastModifiedBy>
  <cp:revision>2</cp:revision>
  <cp:lastPrinted>2026-11-04T07:28:00Z</cp:lastPrinted>
  <dcterms:created xsi:type="dcterms:W3CDTF">2026-11-04T10:12:00Z</dcterms:created>
  <dcterms:modified xsi:type="dcterms:W3CDTF">2026-11-04T10:12:00Z</dcterms:modified>
  <cp:category/>
</cp:coreProperties>
</file>